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519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528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83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CERERE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52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Instituția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PRIMĂRIA COMUNEI HĂRMAN, JUDEȚUL BRAȘOV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519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519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520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9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520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în temeiul art. 257 alin. (17) din Legea nr. 169/2026 privind Codul amenajării teritoriului, urbanismului și construcțiilor,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solicit prelungirea valabilității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>CERTIFICATULUI DE URBANISM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520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Din data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Emis de</w:t>
            </w:r>
          </w:p>
        </w:tc>
      </w:tr>
      <w:tr>
        <w:trPr>
          <w:trHeight w:val="519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Prelungirea solicitată — de la data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până la data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IMOBILUL</w:t>
            </w:r>
          </w:p>
        </w:tc>
      </w:tr>
      <w:tr>
        <w:trPr>
          <w:trHeight w:val="22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</w:tr>
      <w:tr>
        <w:trPr>
          <w:trHeight w:val="520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 / oraș / comună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 / sector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Bl. / sc. / et. / ap.</w:t>
            </w:r>
          </w:p>
        </w:tc>
      </w:tr>
      <w:tr>
        <w:trPr>
          <w:trHeight w:val="528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imobilul e înscris în e-Terra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6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SE ANEXEAZĂ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certificatul de urbanism (în original)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documentul privind achitarea taxei (copie)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DATA ȘI SEMNĂTURA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Solicitantul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F_CU_03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F_CU_03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