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4"/>
      </w:tblGrid>
      <w:tr w:rsidR="00DE4B1D">
        <w:trPr>
          <w:trHeight w:val="519"/>
        </w:trPr>
        <w:tc>
          <w:tcPr>
            <w:tcW w:w="1606" w:type="dxa"/>
            <w:vMerge w:val="restart"/>
            <w:vAlign w:val="center"/>
          </w:tcPr>
          <w:p w:rsidR="00DE4B1D" w:rsidRDefault="00F532C5">
            <w:pPr>
              <w:spacing w:before="40" w:after="4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65701" cy="990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_harman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2" w:type="dxa"/>
            <w:gridSpan w:val="3"/>
            <w:shd w:val="clear" w:color="auto" w:fill="EFEFEF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Județul</w:t>
            </w:r>
          </w:p>
          <w:p w:rsidR="00DE4B1D" w:rsidRDefault="00F532C5">
            <w:r>
              <w:rPr>
                <w:color w:val="000000"/>
                <w:szCs w:val="18"/>
              </w:rPr>
              <w:t>BRAȘOV</w:t>
            </w:r>
          </w:p>
        </w:tc>
      </w:tr>
      <w:tr w:rsidR="00DE4B1D">
        <w:trPr>
          <w:trHeight w:val="519"/>
        </w:trPr>
        <w:tc>
          <w:tcPr>
            <w:tcW w:w="1606" w:type="dxa"/>
            <w:vMerge/>
          </w:tcPr>
          <w:p w:rsidR="00DE4B1D" w:rsidRDefault="00DE4B1D"/>
        </w:tc>
        <w:tc>
          <w:tcPr>
            <w:tcW w:w="8032" w:type="dxa"/>
            <w:gridSpan w:val="3"/>
            <w:shd w:val="clear" w:color="auto" w:fill="EFEFEF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Autoritatea administrației publice</w:t>
            </w:r>
          </w:p>
          <w:p w:rsidR="00DE4B1D" w:rsidRDefault="00F532C5">
            <w:r>
              <w:rPr>
                <w:color w:val="000000"/>
                <w:szCs w:val="18"/>
              </w:rPr>
              <w:t>COMUNA HĂRMAN — PRIMĂRIA COMUNEI HĂRMAN</w:t>
            </w:r>
          </w:p>
        </w:tc>
      </w:tr>
      <w:tr w:rsidR="00DE4B1D">
        <w:trPr>
          <w:trHeight w:val="528"/>
        </w:trPr>
        <w:tc>
          <w:tcPr>
            <w:tcW w:w="1606" w:type="dxa"/>
            <w:vMerge/>
          </w:tcPr>
          <w:p w:rsidR="00DE4B1D" w:rsidRDefault="00DE4B1D"/>
        </w:tc>
        <w:tc>
          <w:tcPr>
            <w:tcW w:w="2409" w:type="dxa"/>
            <w:shd w:val="clear" w:color="auto" w:fill="EFEFEF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Cod unic de identificare (CUI)</w:t>
            </w:r>
          </w:p>
          <w:p w:rsidR="00DE4B1D" w:rsidRDefault="00F532C5">
            <w:r>
              <w:rPr>
                <w:color w:val="000000"/>
                <w:szCs w:val="18"/>
              </w:rPr>
              <w:t>4833941</w:t>
            </w:r>
          </w:p>
        </w:tc>
        <w:tc>
          <w:tcPr>
            <w:tcW w:w="5623" w:type="dxa"/>
            <w:gridSpan w:val="2"/>
            <w:shd w:val="clear" w:color="auto" w:fill="EFEFEF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Adresa oficială</w:t>
            </w:r>
          </w:p>
          <w:p w:rsidR="00DE4B1D" w:rsidRDefault="00F532C5">
            <w:r>
              <w:rPr>
                <w:color w:val="000000"/>
                <w:szCs w:val="18"/>
              </w:rPr>
              <w:t>str. Pieții nr. 1, sat Hărman, comuna Hărman, județul Brașov, cod poștal 507085</w:t>
            </w:r>
          </w:p>
          <w:p w:rsidR="00DE4B1D" w:rsidRDefault="00F532C5">
            <w:r>
              <w:rPr>
                <w:color w:val="000000"/>
                <w:szCs w:val="18"/>
              </w:rPr>
              <w:t>tel. 0268 367 221; 0268 367 523 · fax 0268 367 144 · registratura@primariaharman.ro · www.primariaharman.ro</w:t>
            </w:r>
          </w:p>
        </w:tc>
      </w:tr>
      <w:tr w:rsidR="00DE4B1D">
        <w:trPr>
          <w:trHeight w:val="520"/>
        </w:trPr>
        <w:tc>
          <w:tcPr>
            <w:tcW w:w="1606" w:type="dxa"/>
            <w:vMerge/>
          </w:tcPr>
          <w:p w:rsidR="00DE4B1D" w:rsidRDefault="00DE4B1D"/>
        </w:tc>
        <w:tc>
          <w:tcPr>
            <w:tcW w:w="4818" w:type="dxa"/>
            <w:gridSpan w:val="2"/>
            <w:shd w:val="clear" w:color="auto" w:fill="EFEFEF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Număr de înregistrare</w:t>
            </w:r>
          </w:p>
        </w:tc>
        <w:tc>
          <w:tcPr>
            <w:tcW w:w="3214" w:type="dxa"/>
            <w:shd w:val="clear" w:color="auto" w:fill="EFEFEF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Data</w:t>
            </w:r>
          </w:p>
        </w:tc>
      </w:tr>
      <w:tr w:rsidR="00DE4B1D">
        <w:trPr>
          <w:trHeight w:val="183"/>
        </w:trPr>
        <w:tc>
          <w:tcPr>
            <w:tcW w:w="9638" w:type="dxa"/>
            <w:gridSpan w:val="4"/>
            <w:shd w:val="clear" w:color="auto" w:fill="EFEFEF"/>
          </w:tcPr>
          <w:p w:rsidR="00DE4B1D" w:rsidRDefault="00F532C5">
            <w:r>
              <w:rPr>
                <w:i/>
                <w:iCs/>
                <w:color w:val="595959"/>
                <w:sz w:val="15"/>
                <w:szCs w:val="15"/>
              </w:rPr>
              <w:t>se completează de autoritate — solicitantul nu scrie în această zonă</w:t>
            </w:r>
          </w:p>
        </w:tc>
      </w:tr>
    </w:tbl>
    <w:p w:rsidR="00DE4B1D" w:rsidRDefault="00DE4B1D">
      <w:pPr>
        <w:spacing w:after="20"/>
      </w:pPr>
    </w:p>
    <w:p w:rsidR="00DE4B1D" w:rsidRDefault="00F532C5">
      <w:pPr>
        <w:spacing w:after="60"/>
        <w:jc w:val="center"/>
      </w:pPr>
      <w:r>
        <w:rPr>
          <w:b/>
          <w:bCs/>
          <w:color w:val="000000"/>
          <w:sz w:val="28"/>
          <w:szCs w:val="28"/>
        </w:rPr>
        <w:t>CERERE</w:t>
      </w: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DE4B1D">
        <w:trPr>
          <w:trHeight w:val="217"/>
        </w:trPr>
        <w:tc>
          <w:tcPr>
            <w:tcW w:w="9638" w:type="dxa"/>
            <w:shd w:val="clear" w:color="auto" w:fill="F4F4F4"/>
          </w:tcPr>
          <w:p w:rsidR="00DE4B1D" w:rsidRDefault="00F532C5">
            <w:r>
              <w:rPr>
                <w:b/>
                <w:bCs/>
                <w:color w:val="000000"/>
                <w:szCs w:val="18"/>
              </w:rPr>
              <w:t>1. CĂTRE</w:t>
            </w:r>
          </w:p>
        </w:tc>
      </w:tr>
      <w:tr w:rsidR="00DE4B1D">
        <w:trPr>
          <w:trHeight w:val="528"/>
        </w:trPr>
        <w:tc>
          <w:tcPr>
            <w:tcW w:w="9638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Instituția</w:t>
            </w:r>
          </w:p>
          <w:p w:rsidR="00DE4B1D" w:rsidRDefault="00F532C5">
            <w:r>
              <w:rPr>
                <w:color w:val="000000"/>
                <w:szCs w:val="18"/>
              </w:rPr>
              <w:t>PRIMĂRIA COMUNEI HĂRMAN, JUDEȚUL BRAȘOV</w:t>
            </w:r>
          </w:p>
        </w:tc>
      </w:tr>
    </w:tbl>
    <w:p w:rsidR="00DE4B1D" w:rsidRDefault="00DE4B1D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8"/>
      </w:tblGrid>
      <w:tr w:rsidR="00DE4B1D">
        <w:trPr>
          <w:trHeight w:val="217"/>
        </w:trPr>
        <w:tc>
          <w:tcPr>
            <w:tcW w:w="9638" w:type="dxa"/>
            <w:gridSpan w:val="8"/>
            <w:shd w:val="clear" w:color="auto" w:fill="F4F4F4"/>
          </w:tcPr>
          <w:p w:rsidR="00DE4B1D" w:rsidRDefault="00F532C5">
            <w:r>
              <w:rPr>
                <w:b/>
                <w:bCs/>
                <w:color w:val="000000"/>
                <w:szCs w:val="18"/>
              </w:rPr>
              <w:t>2. SOLICITANTUL</w:t>
            </w:r>
          </w:p>
        </w:tc>
      </w:tr>
      <w:tr w:rsidR="00DE4B1D">
        <w:trPr>
          <w:trHeight w:val="520"/>
        </w:trPr>
        <w:tc>
          <w:tcPr>
            <w:tcW w:w="5621" w:type="dxa"/>
            <w:gridSpan w:val="5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Nume și prenume</w:t>
            </w:r>
          </w:p>
        </w:tc>
        <w:tc>
          <w:tcPr>
            <w:tcW w:w="4017" w:type="dxa"/>
            <w:gridSpan w:val="3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CNP</w:t>
            </w:r>
          </w:p>
        </w:tc>
      </w:tr>
      <w:tr w:rsidR="00DE4B1D">
        <w:trPr>
          <w:trHeight w:val="193"/>
        </w:trPr>
        <w:tc>
          <w:tcPr>
            <w:tcW w:w="9638" w:type="dxa"/>
            <w:gridSpan w:val="8"/>
            <w:shd w:val="clear" w:color="auto" w:fill="F4F4F4"/>
          </w:tcPr>
          <w:p w:rsidR="00DE4B1D" w:rsidRDefault="00F532C5">
            <w:r>
              <w:rPr>
                <w:color w:val="000000"/>
                <w:sz w:val="15"/>
                <w:szCs w:val="15"/>
              </w:rPr>
              <w:t>Act de identitate</w:t>
            </w:r>
          </w:p>
        </w:tc>
      </w:tr>
      <w:tr w:rsidR="00DE4B1D">
        <w:trPr>
          <w:trHeight w:val="520"/>
        </w:trPr>
        <w:tc>
          <w:tcPr>
            <w:tcW w:w="1606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Seria</w:t>
            </w:r>
          </w:p>
        </w:tc>
        <w:tc>
          <w:tcPr>
            <w:tcW w:w="1606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Numărul</w:t>
            </w:r>
          </w:p>
        </w:tc>
        <w:tc>
          <w:tcPr>
            <w:tcW w:w="4818" w:type="dxa"/>
            <w:gridSpan w:val="5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Eliberat de</w:t>
            </w:r>
          </w:p>
        </w:tc>
        <w:tc>
          <w:tcPr>
            <w:tcW w:w="1608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La data</w:t>
            </w:r>
          </w:p>
        </w:tc>
      </w:tr>
      <w:tr w:rsidR="00DE4B1D">
        <w:trPr>
          <w:trHeight w:val="193"/>
        </w:trPr>
        <w:tc>
          <w:tcPr>
            <w:tcW w:w="9638" w:type="dxa"/>
            <w:gridSpan w:val="8"/>
            <w:shd w:val="clear" w:color="auto" w:fill="F4F4F4"/>
          </w:tcPr>
          <w:p w:rsidR="00DE4B1D" w:rsidRDefault="00F532C5">
            <w:r>
              <w:rPr>
                <w:color w:val="000000"/>
                <w:sz w:val="15"/>
                <w:szCs w:val="15"/>
              </w:rPr>
              <w:t>Domiciliul</w:t>
            </w:r>
          </w:p>
        </w:tc>
      </w:tr>
      <w:tr w:rsidR="00DE4B1D">
        <w:trPr>
          <w:trHeight w:val="520"/>
        </w:trPr>
        <w:tc>
          <w:tcPr>
            <w:tcW w:w="3212" w:type="dxa"/>
            <w:gridSpan w:val="2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Județul</w:t>
            </w:r>
          </w:p>
        </w:tc>
        <w:tc>
          <w:tcPr>
            <w:tcW w:w="3212" w:type="dxa"/>
            <w:gridSpan w:val="4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Municipiul / orașul / comuna</w:t>
            </w:r>
          </w:p>
        </w:tc>
        <w:tc>
          <w:tcPr>
            <w:tcW w:w="3214" w:type="dxa"/>
            <w:gridSpan w:val="2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Satul / sectorul</w:t>
            </w:r>
          </w:p>
        </w:tc>
      </w:tr>
      <w:tr w:rsidR="00DE4B1D">
        <w:trPr>
          <w:trHeight w:val="519"/>
        </w:trPr>
        <w:tc>
          <w:tcPr>
            <w:tcW w:w="3212" w:type="dxa"/>
            <w:gridSpan w:val="2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Strada</w:t>
            </w:r>
          </w:p>
        </w:tc>
        <w:tc>
          <w:tcPr>
            <w:tcW w:w="803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Nr.</w:t>
            </w:r>
          </w:p>
        </w:tc>
        <w:tc>
          <w:tcPr>
            <w:tcW w:w="803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Sc.</w:t>
            </w:r>
          </w:p>
        </w:tc>
        <w:tc>
          <w:tcPr>
            <w:tcW w:w="803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Et.</w:t>
            </w:r>
          </w:p>
        </w:tc>
        <w:tc>
          <w:tcPr>
            <w:tcW w:w="803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Ap.</w:t>
            </w:r>
          </w:p>
        </w:tc>
        <w:tc>
          <w:tcPr>
            <w:tcW w:w="1606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Cod poștal</w:t>
            </w:r>
          </w:p>
        </w:tc>
        <w:tc>
          <w:tcPr>
            <w:tcW w:w="1608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Țara</w:t>
            </w:r>
          </w:p>
        </w:tc>
      </w:tr>
      <w:tr w:rsidR="00DE4B1D">
        <w:trPr>
          <w:trHeight w:val="194"/>
        </w:trPr>
        <w:tc>
          <w:tcPr>
            <w:tcW w:w="9638" w:type="dxa"/>
            <w:gridSpan w:val="8"/>
            <w:shd w:val="clear" w:color="auto" w:fill="F4F4F4"/>
          </w:tcPr>
          <w:p w:rsidR="00DE4B1D" w:rsidRDefault="00F532C5">
            <w:r>
              <w:rPr>
                <w:color w:val="000000"/>
                <w:sz w:val="15"/>
                <w:szCs w:val="15"/>
              </w:rPr>
              <w:t>Date de contact</w:t>
            </w:r>
          </w:p>
        </w:tc>
      </w:tr>
      <w:tr w:rsidR="00DE4B1D">
        <w:trPr>
          <w:trHeight w:val="520"/>
        </w:trPr>
        <w:tc>
          <w:tcPr>
            <w:tcW w:w="4015" w:type="dxa"/>
            <w:gridSpan w:val="3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Telefon / fax</w:t>
            </w:r>
          </w:p>
        </w:tc>
        <w:tc>
          <w:tcPr>
            <w:tcW w:w="5623" w:type="dxa"/>
            <w:gridSpan w:val="5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E-mail</w:t>
            </w:r>
          </w:p>
        </w:tc>
      </w:tr>
      <w:tr w:rsidR="00DE4B1D">
        <w:trPr>
          <w:trHeight w:val="194"/>
        </w:trPr>
        <w:tc>
          <w:tcPr>
            <w:tcW w:w="9638" w:type="dxa"/>
            <w:gridSpan w:val="8"/>
            <w:shd w:val="clear" w:color="auto" w:fill="F4F4F4"/>
          </w:tcPr>
          <w:p w:rsidR="00DE4B1D" w:rsidRDefault="00F532C5">
            <w:r>
              <w:rPr>
                <w:color w:val="000000"/>
                <w:sz w:val="15"/>
                <w:szCs w:val="15"/>
              </w:rPr>
              <w:t>Reprezentare</w:t>
            </w:r>
          </w:p>
        </w:tc>
      </w:tr>
      <w:tr w:rsidR="00DE4B1D">
        <w:trPr>
          <w:trHeight w:val="519"/>
        </w:trPr>
        <w:tc>
          <w:tcPr>
            <w:tcW w:w="6424" w:type="dxa"/>
            <w:gridSpan w:val="6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În calitate de reprezentant al</w:t>
            </w:r>
          </w:p>
        </w:tc>
        <w:tc>
          <w:tcPr>
            <w:tcW w:w="3214" w:type="dxa"/>
            <w:gridSpan w:val="2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CUI</w:t>
            </w:r>
          </w:p>
        </w:tc>
      </w:tr>
    </w:tbl>
    <w:p w:rsidR="00DE4B1D" w:rsidRDefault="00DE4B1D">
      <w:pPr>
        <w:spacing w:after="20"/>
      </w:pPr>
    </w:p>
    <w:p w:rsidR="00DE4B1D" w:rsidRDefault="00F532C5">
      <w:pPr>
        <w:spacing w:after="60"/>
        <w:jc w:val="center"/>
      </w:pPr>
      <w:r>
        <w:rPr>
          <w:color w:val="000000"/>
          <w:szCs w:val="18"/>
        </w:rPr>
        <w:t>în conformitate cu prevederile Legii nr. 169/2026 privind Codul amenajării teritoriului, urbanismului și construcțiilor,</w:t>
      </w:r>
    </w:p>
    <w:p w:rsidR="00DE4B1D" w:rsidRDefault="00F532C5">
      <w:pPr>
        <w:spacing w:after="60"/>
        <w:jc w:val="center"/>
      </w:pPr>
      <w:r>
        <w:rPr>
          <w:color w:val="000000"/>
          <w:szCs w:val="18"/>
        </w:rPr>
        <w:t>solicit emiterea</w:t>
      </w:r>
      <w:bookmarkStart w:id="0" w:name="_GoBack"/>
      <w:bookmarkEnd w:id="0"/>
    </w:p>
    <w:p w:rsidR="00DE4B1D" w:rsidRPr="007057A1" w:rsidRDefault="00F532C5">
      <w:pPr>
        <w:spacing w:after="60"/>
        <w:jc w:val="center"/>
        <w:rPr>
          <w:sz w:val="28"/>
          <w:szCs w:val="28"/>
        </w:rPr>
      </w:pPr>
      <w:r w:rsidRPr="007057A1">
        <w:rPr>
          <w:b/>
          <w:bCs/>
          <w:color w:val="000000"/>
          <w:sz w:val="28"/>
          <w:szCs w:val="28"/>
        </w:rPr>
        <w:t>CERTIFICATULUI DE URBANISM DE INFORMARE</w:t>
      </w: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11"/>
      </w:tblGrid>
      <w:tr w:rsidR="00DE4B1D">
        <w:trPr>
          <w:trHeight w:val="217"/>
        </w:trPr>
        <w:tc>
          <w:tcPr>
            <w:tcW w:w="9638" w:type="dxa"/>
            <w:gridSpan w:val="6"/>
            <w:shd w:val="clear" w:color="auto" w:fill="F4F4F4"/>
          </w:tcPr>
          <w:p w:rsidR="00DE4B1D" w:rsidRDefault="00F532C5">
            <w:r>
              <w:rPr>
                <w:b/>
                <w:bCs/>
                <w:color w:val="000000"/>
                <w:szCs w:val="18"/>
              </w:rPr>
              <w:t>3. IMOBILUL</w:t>
            </w:r>
          </w:p>
        </w:tc>
      </w:tr>
      <w:tr w:rsidR="00DE4B1D">
        <w:trPr>
          <w:trHeight w:val="223"/>
        </w:trPr>
        <w:tc>
          <w:tcPr>
            <w:tcW w:w="9638" w:type="dxa"/>
            <w:gridSpan w:val="6"/>
          </w:tcPr>
          <w:p w:rsidR="00DE4B1D" w:rsidRDefault="00F532C5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teren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construcții</w:t>
            </w:r>
          </w:p>
        </w:tc>
      </w:tr>
      <w:tr w:rsidR="00DE4B1D">
        <w:trPr>
          <w:trHeight w:val="519"/>
        </w:trPr>
        <w:tc>
          <w:tcPr>
            <w:tcW w:w="3212" w:type="dxa"/>
            <w:gridSpan w:val="2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Județ</w:t>
            </w:r>
          </w:p>
        </w:tc>
        <w:tc>
          <w:tcPr>
            <w:tcW w:w="3212" w:type="dxa"/>
            <w:gridSpan w:val="2"/>
          </w:tcPr>
          <w:p w:rsidR="00DE4B1D" w:rsidRDefault="00961045">
            <w:r>
              <w:rPr>
                <w:b/>
                <w:bCs/>
                <w:color w:val="0D5E38"/>
                <w:sz w:val="15"/>
                <w:szCs w:val="15"/>
              </w:rPr>
              <w:t xml:space="preserve"> </w:t>
            </w:r>
            <w:proofErr w:type="spellStart"/>
            <w:r>
              <w:rPr>
                <w:b/>
                <w:bCs/>
                <w:color w:val="0D5E38"/>
                <w:sz w:val="15"/>
                <w:szCs w:val="15"/>
              </w:rPr>
              <w:t>C</w:t>
            </w:r>
            <w:r w:rsidR="00F532C5">
              <w:rPr>
                <w:b/>
                <w:bCs/>
                <w:color w:val="0D5E38"/>
                <w:sz w:val="15"/>
                <w:szCs w:val="15"/>
              </w:rPr>
              <w:t>omună</w:t>
            </w:r>
            <w:proofErr w:type="spellEnd"/>
          </w:p>
        </w:tc>
        <w:tc>
          <w:tcPr>
            <w:tcW w:w="3214" w:type="dxa"/>
            <w:gridSpan w:val="2"/>
          </w:tcPr>
          <w:p w:rsidR="00DE4B1D" w:rsidRDefault="00961045">
            <w:r>
              <w:rPr>
                <w:b/>
                <w:bCs/>
                <w:color w:val="0D5E38"/>
                <w:sz w:val="15"/>
                <w:szCs w:val="15"/>
              </w:rPr>
              <w:t xml:space="preserve">Sat </w:t>
            </w:r>
          </w:p>
        </w:tc>
      </w:tr>
      <w:tr w:rsidR="00DE4B1D">
        <w:trPr>
          <w:trHeight w:val="519"/>
        </w:trPr>
        <w:tc>
          <w:tcPr>
            <w:tcW w:w="1606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Cod poștal</w:t>
            </w:r>
          </w:p>
          <w:p w:rsidR="00DE4B1D" w:rsidRDefault="00F532C5">
            <w:r>
              <w:rPr>
                <w:color w:val="000000"/>
                <w:szCs w:val="18"/>
              </w:rPr>
              <w:t>507085 / 507086</w:t>
            </w:r>
          </w:p>
        </w:tc>
        <w:tc>
          <w:tcPr>
            <w:tcW w:w="4818" w:type="dxa"/>
            <w:gridSpan w:val="3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Strada</w:t>
            </w:r>
          </w:p>
        </w:tc>
        <w:tc>
          <w:tcPr>
            <w:tcW w:w="803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Nr.</w:t>
            </w:r>
          </w:p>
        </w:tc>
        <w:tc>
          <w:tcPr>
            <w:tcW w:w="2411" w:type="dxa"/>
          </w:tcPr>
          <w:p w:rsidR="00DE4B1D" w:rsidRDefault="00DE4B1D"/>
        </w:tc>
      </w:tr>
      <w:tr w:rsidR="00DE4B1D">
        <w:trPr>
          <w:trHeight w:val="520"/>
        </w:trPr>
        <w:tc>
          <w:tcPr>
            <w:tcW w:w="9638" w:type="dxa"/>
            <w:gridSpan w:val="6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Suprafața terenului (m²)</w:t>
            </w:r>
          </w:p>
        </w:tc>
      </w:tr>
      <w:tr w:rsidR="00DE4B1D">
        <w:trPr>
          <w:trHeight w:val="526"/>
        </w:trPr>
        <w:tc>
          <w:tcPr>
            <w:tcW w:w="5621" w:type="dxa"/>
            <w:gridSpan w:val="3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Număr cadastral</w:t>
            </w:r>
          </w:p>
          <w:p w:rsidR="00DE4B1D" w:rsidRDefault="00F532C5">
            <w:r>
              <w:rPr>
                <w:i/>
                <w:iCs/>
                <w:color w:val="7A7A7A"/>
                <w:sz w:val="15"/>
                <w:szCs w:val="15"/>
              </w:rPr>
              <w:t>dacă imobilul e înscris în e-Terra</w:t>
            </w:r>
          </w:p>
        </w:tc>
        <w:tc>
          <w:tcPr>
            <w:tcW w:w="4017" w:type="dxa"/>
            <w:gridSpan w:val="3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Carte funciară nr.</w:t>
            </w:r>
          </w:p>
        </w:tc>
      </w:tr>
      <w:tr w:rsidR="00DE4B1D">
        <w:trPr>
          <w:trHeight w:val="435"/>
        </w:trPr>
        <w:tc>
          <w:tcPr>
            <w:tcW w:w="9638" w:type="dxa"/>
            <w:gridSpan w:val="6"/>
          </w:tcPr>
          <w:p w:rsidR="00DE4B1D" w:rsidRDefault="00F532C5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extras de carte funciară actualizat, anexat</w:t>
            </w:r>
          </w:p>
          <w:p w:rsidR="00DE4B1D" w:rsidRDefault="00F532C5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plan de încadrare în zonă în sistem Stereo 70, anexat eliberat, la cerere, de către Agenția Națională de Cadastru și Publicitate Imobiliară</w:t>
            </w:r>
          </w:p>
        </w:tc>
      </w:tr>
    </w:tbl>
    <w:p w:rsidR="00DE4B1D" w:rsidRDefault="00DE4B1D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DE4B1D">
        <w:trPr>
          <w:trHeight w:val="217"/>
        </w:trPr>
        <w:tc>
          <w:tcPr>
            <w:tcW w:w="9638" w:type="dxa"/>
            <w:shd w:val="clear" w:color="auto" w:fill="F4F4F4"/>
          </w:tcPr>
          <w:p w:rsidR="00DE4B1D" w:rsidRDefault="00F532C5">
            <w:r>
              <w:rPr>
                <w:b/>
                <w:bCs/>
                <w:color w:val="000000"/>
                <w:szCs w:val="18"/>
              </w:rPr>
              <w:t>4. COMUNICAREA RĂSPUNSULUI</w:t>
            </w:r>
          </w:p>
        </w:tc>
      </w:tr>
      <w:tr w:rsidR="00DE4B1D">
        <w:trPr>
          <w:trHeight w:val="223"/>
        </w:trPr>
        <w:tc>
          <w:tcPr>
            <w:tcW w:w="9638" w:type="dxa"/>
          </w:tcPr>
          <w:p w:rsidR="00DE4B1D" w:rsidRDefault="00F532C5"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format scris, prin poștă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în format digital, la adresa de e-mail indicată     </w:t>
            </w:r>
            <w:r>
              <w:rPr>
                <w:rFonts w:ascii="Segoe UI Symbol" w:eastAsia="Segoe UI Symbol" w:hAnsi="Segoe UI Symbol" w:cs="Segoe UI Symbol"/>
                <w:color w:val="000000"/>
                <w:sz w:val="15"/>
                <w:szCs w:val="15"/>
              </w:rPr>
              <w:t>☐</w:t>
            </w:r>
            <w:r>
              <w:rPr>
                <w:color w:val="000000"/>
                <w:sz w:val="15"/>
                <w:szCs w:val="15"/>
              </w:rPr>
              <w:t xml:space="preserve"> ridicare de la sediul autorității</w:t>
            </w:r>
          </w:p>
        </w:tc>
      </w:tr>
    </w:tbl>
    <w:p w:rsidR="00DE4B1D" w:rsidRDefault="00DE4B1D">
      <w:pPr>
        <w:spacing w:after="20"/>
      </w:pPr>
    </w:p>
    <w:tbl>
      <w:tblPr>
        <w:tblW w:w="9638" w:type="dxa"/>
        <w:tblInd w:w="6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6" w:type="dxa"/>
          <w:left w:w="60" w:type="dxa"/>
          <w:bottom w:w="6" w:type="dxa"/>
          <w:right w:w="60" w:type="dxa"/>
        </w:tblCellMar>
        <w:tblLook w:val="04A0" w:firstRow="1" w:lastRow="0" w:firstColumn="1" w:lastColumn="0" w:noHBand="0" w:noVBand="1"/>
      </w:tblPr>
      <w:tblGrid>
        <w:gridCol w:w="1606"/>
        <w:gridCol w:w="4818"/>
        <w:gridCol w:w="3214"/>
      </w:tblGrid>
      <w:tr w:rsidR="00DE4B1D">
        <w:trPr>
          <w:trHeight w:val="216"/>
        </w:trPr>
        <w:tc>
          <w:tcPr>
            <w:tcW w:w="9638" w:type="dxa"/>
            <w:gridSpan w:val="3"/>
            <w:shd w:val="clear" w:color="auto" w:fill="F4F4F4"/>
          </w:tcPr>
          <w:p w:rsidR="00DE4B1D" w:rsidRDefault="00F532C5">
            <w:r>
              <w:rPr>
                <w:b/>
                <w:bCs/>
                <w:color w:val="000000"/>
                <w:szCs w:val="18"/>
              </w:rPr>
              <w:t>5. DATA ȘI SEMNĂTURA</w:t>
            </w:r>
          </w:p>
        </w:tc>
      </w:tr>
      <w:tr w:rsidR="00DE4B1D">
        <w:trPr>
          <w:trHeight w:val="520"/>
        </w:trPr>
        <w:tc>
          <w:tcPr>
            <w:tcW w:w="1606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Data</w:t>
            </w:r>
          </w:p>
        </w:tc>
        <w:tc>
          <w:tcPr>
            <w:tcW w:w="4818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Solicitantul</w:t>
            </w:r>
          </w:p>
        </w:tc>
        <w:tc>
          <w:tcPr>
            <w:tcW w:w="3214" w:type="dxa"/>
          </w:tcPr>
          <w:p w:rsidR="00DE4B1D" w:rsidRDefault="00F532C5">
            <w:r>
              <w:rPr>
                <w:b/>
                <w:bCs/>
                <w:color w:val="0D5E38"/>
                <w:sz w:val="15"/>
                <w:szCs w:val="15"/>
              </w:rPr>
              <w:t>Semnătura</w:t>
            </w:r>
          </w:p>
        </w:tc>
      </w:tr>
    </w:tbl>
    <w:p w:rsidR="00DE4B1D" w:rsidRDefault="00DE4B1D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Default="00DD4507">
      <w:pPr>
        <w:spacing w:line="20" w:lineRule="exact"/>
        <w:rPr>
          <w:sz w:val="2"/>
          <w:szCs w:val="2"/>
        </w:rPr>
      </w:pPr>
    </w:p>
    <w:p w:rsidR="00DD4507" w:rsidRPr="00DD4507" w:rsidRDefault="00DD4507">
      <w:pPr>
        <w:spacing w:line="20" w:lineRule="exact"/>
        <w:rPr>
          <w:szCs w:val="18"/>
        </w:rPr>
      </w:pPr>
    </w:p>
    <w:p w:rsidR="00DD4507" w:rsidRPr="00DD4507" w:rsidRDefault="00DD4507">
      <w:pPr>
        <w:spacing w:line="20" w:lineRule="exact"/>
        <w:rPr>
          <w:szCs w:val="18"/>
        </w:rPr>
      </w:pPr>
    </w:p>
    <w:p w:rsidR="00DD4507" w:rsidRPr="00DD4507" w:rsidRDefault="00DD4507">
      <w:pPr>
        <w:spacing w:line="20" w:lineRule="exact"/>
        <w:rPr>
          <w:szCs w:val="18"/>
        </w:rPr>
      </w:pPr>
    </w:p>
    <w:p w:rsidR="00C45297" w:rsidRDefault="00C45297" w:rsidP="00DD4507">
      <w:pPr>
        <w:jc w:val="center"/>
        <w:rPr>
          <w:szCs w:val="18"/>
        </w:rPr>
      </w:pPr>
    </w:p>
    <w:p w:rsidR="00C45297" w:rsidRDefault="00C45297" w:rsidP="00DD4507">
      <w:pPr>
        <w:jc w:val="center"/>
        <w:rPr>
          <w:szCs w:val="18"/>
        </w:rPr>
      </w:pPr>
    </w:p>
    <w:p w:rsidR="00DD4507" w:rsidRPr="00DD4507" w:rsidRDefault="00DD4507" w:rsidP="00DD4507">
      <w:pPr>
        <w:jc w:val="center"/>
        <w:rPr>
          <w:szCs w:val="18"/>
        </w:rPr>
      </w:pPr>
      <w:r w:rsidRPr="00DD4507">
        <w:rPr>
          <w:szCs w:val="18"/>
        </w:rPr>
        <w:t xml:space="preserve">DECLARAŢIE DE CONSIMŢĂMÂNT PRIVIND UTILIZAREA ŞI </w:t>
      </w:r>
    </w:p>
    <w:p w:rsidR="00DD4507" w:rsidRPr="00DD4507" w:rsidRDefault="00DD4507" w:rsidP="00DD4507">
      <w:pPr>
        <w:jc w:val="center"/>
        <w:rPr>
          <w:szCs w:val="18"/>
        </w:rPr>
      </w:pPr>
      <w:r w:rsidRPr="00DD4507">
        <w:rPr>
          <w:szCs w:val="18"/>
        </w:rPr>
        <w:t>PRELUCRAREA DATELOR CU CARACTER PERSONAL</w:t>
      </w:r>
    </w:p>
    <w:p w:rsidR="00DD4507" w:rsidRPr="00DD4507" w:rsidRDefault="00DD4507" w:rsidP="000C71B2">
      <w:pPr>
        <w:rPr>
          <w:szCs w:val="18"/>
        </w:rPr>
      </w:pPr>
    </w:p>
    <w:p w:rsidR="000C71B2" w:rsidRDefault="00DD4507" w:rsidP="000C71B2">
      <w:pPr>
        <w:rPr>
          <w:szCs w:val="18"/>
        </w:rPr>
      </w:pPr>
      <w:proofErr w:type="spellStart"/>
      <w:r w:rsidRPr="00DD4507">
        <w:rPr>
          <w:szCs w:val="18"/>
        </w:rPr>
        <w:t>Prin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semnarea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prezentei</w:t>
      </w:r>
      <w:proofErr w:type="spellEnd"/>
      <w:r w:rsidRPr="00DD4507">
        <w:rPr>
          <w:szCs w:val="18"/>
        </w:rPr>
        <w:t xml:space="preserve">, </w:t>
      </w:r>
      <w:proofErr w:type="spellStart"/>
      <w:r w:rsidRPr="00DD4507">
        <w:rPr>
          <w:szCs w:val="18"/>
        </w:rPr>
        <w:t>subsemnatul</w:t>
      </w:r>
      <w:proofErr w:type="spellEnd"/>
      <w:r w:rsidRPr="00DD4507">
        <w:rPr>
          <w:szCs w:val="18"/>
        </w:rPr>
        <w:t xml:space="preserve">/a </w:t>
      </w:r>
    </w:p>
    <w:p w:rsidR="000C71B2" w:rsidRDefault="000C71B2" w:rsidP="000C71B2">
      <w:pPr>
        <w:rPr>
          <w:szCs w:val="18"/>
        </w:rPr>
      </w:pPr>
    </w:p>
    <w:p w:rsidR="00DD4507" w:rsidRDefault="00DD4507" w:rsidP="000C71B2">
      <w:pPr>
        <w:rPr>
          <w:szCs w:val="18"/>
        </w:rPr>
      </w:pPr>
      <w:r w:rsidRPr="00DD4507">
        <w:rPr>
          <w:szCs w:val="18"/>
        </w:rPr>
        <w:t>________________________________________________________________________________________,</w:t>
      </w:r>
    </w:p>
    <w:p w:rsidR="000C71B2" w:rsidRPr="00DD4507" w:rsidRDefault="000C71B2" w:rsidP="000C71B2">
      <w:pPr>
        <w:rPr>
          <w:szCs w:val="18"/>
        </w:rPr>
      </w:pPr>
    </w:p>
    <w:p w:rsidR="00DD4507" w:rsidRPr="00DD4507" w:rsidRDefault="00DD4507" w:rsidP="000C71B2">
      <w:pPr>
        <w:rPr>
          <w:szCs w:val="18"/>
        </w:rPr>
      </w:pPr>
    </w:p>
    <w:p w:rsidR="000C71B2" w:rsidRDefault="00DD4507" w:rsidP="000C71B2">
      <w:pPr>
        <w:rPr>
          <w:szCs w:val="18"/>
        </w:rPr>
      </w:pPr>
      <w:proofErr w:type="spellStart"/>
      <w:proofErr w:type="gramStart"/>
      <w:r w:rsidRPr="00DD4507">
        <w:rPr>
          <w:szCs w:val="18"/>
        </w:rPr>
        <w:t>domiciliat</w:t>
      </w:r>
      <w:proofErr w:type="spellEnd"/>
      <w:r w:rsidRPr="00DD4507">
        <w:rPr>
          <w:szCs w:val="18"/>
        </w:rPr>
        <w:t>(</w:t>
      </w:r>
      <w:proofErr w:type="gramEnd"/>
      <w:r w:rsidRPr="00DD4507">
        <w:rPr>
          <w:szCs w:val="18"/>
        </w:rPr>
        <w:t xml:space="preserve">ă)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______________________, </w:t>
      </w:r>
      <w:proofErr w:type="spellStart"/>
      <w:r w:rsidRPr="00DD4507">
        <w:rPr>
          <w:szCs w:val="18"/>
        </w:rPr>
        <w:t>strada</w:t>
      </w:r>
      <w:proofErr w:type="spellEnd"/>
      <w:r w:rsidRPr="00DD4507">
        <w:rPr>
          <w:szCs w:val="18"/>
        </w:rPr>
        <w:t xml:space="preserve"> _________________________________ </w:t>
      </w:r>
      <w:proofErr w:type="spellStart"/>
      <w:r w:rsidRPr="00DD4507">
        <w:rPr>
          <w:szCs w:val="18"/>
        </w:rPr>
        <w:t>nr</w:t>
      </w:r>
      <w:proofErr w:type="spellEnd"/>
      <w:r w:rsidRPr="00DD4507">
        <w:rPr>
          <w:szCs w:val="18"/>
        </w:rPr>
        <w:t xml:space="preserve">.________, bloc _____________, </w:t>
      </w:r>
    </w:p>
    <w:p w:rsidR="000C71B2" w:rsidRDefault="000C71B2" w:rsidP="000C71B2">
      <w:pPr>
        <w:rPr>
          <w:szCs w:val="18"/>
        </w:rPr>
      </w:pPr>
    </w:p>
    <w:p w:rsidR="00DD4507" w:rsidRDefault="00DD4507" w:rsidP="000C71B2">
      <w:pPr>
        <w:rPr>
          <w:szCs w:val="18"/>
        </w:rPr>
      </w:pPr>
      <w:r w:rsidRPr="00DD4507">
        <w:rPr>
          <w:szCs w:val="18"/>
        </w:rPr>
        <w:t>sc._____, ap.____,</w:t>
      </w:r>
    </w:p>
    <w:p w:rsidR="000C71B2" w:rsidRPr="00DD4507" w:rsidRDefault="000C71B2" w:rsidP="000C71B2">
      <w:pPr>
        <w:rPr>
          <w:szCs w:val="18"/>
        </w:rPr>
      </w:pPr>
    </w:p>
    <w:p w:rsidR="00DD4507" w:rsidRPr="00DD4507" w:rsidRDefault="00DD4507" w:rsidP="000C71B2">
      <w:pPr>
        <w:rPr>
          <w:szCs w:val="18"/>
        </w:rPr>
      </w:pPr>
    </w:p>
    <w:p w:rsidR="00DD4507" w:rsidRDefault="00DD4507" w:rsidP="000C71B2">
      <w:pPr>
        <w:rPr>
          <w:szCs w:val="18"/>
        </w:rPr>
      </w:pPr>
      <w:proofErr w:type="spellStart"/>
      <w:proofErr w:type="gramStart"/>
      <w:r w:rsidRPr="00DD4507">
        <w:rPr>
          <w:szCs w:val="18"/>
        </w:rPr>
        <w:t>telefon</w:t>
      </w:r>
      <w:proofErr w:type="spellEnd"/>
      <w:proofErr w:type="gramEnd"/>
      <w:r w:rsidRPr="00DD4507">
        <w:rPr>
          <w:szCs w:val="18"/>
        </w:rPr>
        <w:t xml:space="preserve"> ________________________, </w:t>
      </w:r>
      <w:proofErr w:type="spellStart"/>
      <w:r w:rsidRPr="00DD4507">
        <w:rPr>
          <w:szCs w:val="18"/>
        </w:rPr>
        <w:t>legitimat</w:t>
      </w:r>
      <w:proofErr w:type="spellEnd"/>
      <w:r w:rsidRPr="00DD4507">
        <w:rPr>
          <w:szCs w:val="18"/>
        </w:rPr>
        <w:t xml:space="preserve">(ă) cu BI/CI </w:t>
      </w:r>
      <w:proofErr w:type="spellStart"/>
      <w:r w:rsidRPr="00DD4507">
        <w:rPr>
          <w:szCs w:val="18"/>
        </w:rPr>
        <w:t>seria</w:t>
      </w:r>
      <w:proofErr w:type="spellEnd"/>
      <w:r w:rsidRPr="00DD4507">
        <w:rPr>
          <w:szCs w:val="18"/>
        </w:rPr>
        <w:t xml:space="preserve"> __________________, </w:t>
      </w:r>
      <w:proofErr w:type="spellStart"/>
      <w:r w:rsidRPr="00DD4507">
        <w:rPr>
          <w:szCs w:val="18"/>
        </w:rPr>
        <w:t>nr</w:t>
      </w:r>
      <w:proofErr w:type="spellEnd"/>
      <w:r w:rsidRPr="00DD4507">
        <w:rPr>
          <w:szCs w:val="18"/>
        </w:rPr>
        <w:t>. _______________________,</w:t>
      </w:r>
    </w:p>
    <w:p w:rsidR="000C71B2" w:rsidRPr="00DD4507" w:rsidRDefault="000C71B2" w:rsidP="000C71B2">
      <w:pPr>
        <w:rPr>
          <w:szCs w:val="18"/>
        </w:rPr>
      </w:pPr>
    </w:p>
    <w:p w:rsidR="00DD4507" w:rsidRPr="00DD4507" w:rsidRDefault="00DD4507" w:rsidP="000C71B2">
      <w:pPr>
        <w:rPr>
          <w:szCs w:val="18"/>
        </w:rPr>
      </w:pPr>
    </w:p>
    <w:p w:rsidR="00DD4507" w:rsidRPr="00DD4507" w:rsidRDefault="00DD4507" w:rsidP="000C71B2">
      <w:pPr>
        <w:rPr>
          <w:szCs w:val="18"/>
        </w:rPr>
      </w:pPr>
      <w:proofErr w:type="spellStart"/>
      <w:proofErr w:type="gramStart"/>
      <w:r w:rsidRPr="00DD4507">
        <w:rPr>
          <w:szCs w:val="18"/>
        </w:rPr>
        <w:t>emis</w:t>
      </w:r>
      <w:proofErr w:type="spellEnd"/>
      <w:proofErr w:type="gramEnd"/>
      <w:r w:rsidRPr="00DD4507">
        <w:rPr>
          <w:szCs w:val="18"/>
        </w:rPr>
        <w:t xml:space="preserve"> de _____________________________________, la data de  _________________________________,</w:t>
      </w:r>
    </w:p>
    <w:p w:rsidR="00DD4507" w:rsidRPr="00DD4507" w:rsidRDefault="00DD4507" w:rsidP="000C71B2">
      <w:pPr>
        <w:rPr>
          <w:szCs w:val="18"/>
        </w:rPr>
      </w:pPr>
    </w:p>
    <w:p w:rsidR="00DD4507" w:rsidRDefault="00DD4507" w:rsidP="000C71B2">
      <w:pPr>
        <w:rPr>
          <w:szCs w:val="18"/>
        </w:rPr>
      </w:pPr>
      <w:proofErr w:type="gramStart"/>
      <w:r w:rsidRPr="00DD4507">
        <w:rPr>
          <w:szCs w:val="18"/>
        </w:rPr>
        <w:t>solicit</w:t>
      </w:r>
      <w:proofErr w:type="gram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urmatorul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înscris</w:t>
      </w:r>
      <w:proofErr w:type="spellEnd"/>
      <w:r w:rsidRPr="00DD4507">
        <w:rPr>
          <w:b/>
          <w:szCs w:val="18"/>
        </w:rPr>
        <w:t xml:space="preserve"> </w:t>
      </w:r>
      <w:r w:rsidRPr="00DD4507">
        <w:rPr>
          <w:szCs w:val="18"/>
        </w:rPr>
        <w:t>___________________________________________</w:t>
      </w:r>
    </w:p>
    <w:p w:rsidR="000C71B2" w:rsidRDefault="000C71B2" w:rsidP="000C71B2">
      <w:pPr>
        <w:rPr>
          <w:szCs w:val="18"/>
        </w:rPr>
      </w:pPr>
    </w:p>
    <w:p w:rsidR="000C71B2" w:rsidRPr="00DD4507" w:rsidRDefault="000C71B2" w:rsidP="000C71B2">
      <w:pPr>
        <w:rPr>
          <w:szCs w:val="18"/>
        </w:rPr>
      </w:pPr>
    </w:p>
    <w:p w:rsidR="00DD4507" w:rsidRPr="00DD4507" w:rsidRDefault="00DD4507" w:rsidP="00DD4507">
      <w:pPr>
        <w:rPr>
          <w:szCs w:val="18"/>
        </w:rPr>
      </w:pPr>
    </w:p>
    <w:p w:rsidR="000C71B2" w:rsidRDefault="00DD4507" w:rsidP="00DD4507">
      <w:pPr>
        <w:rPr>
          <w:b/>
          <w:szCs w:val="18"/>
        </w:rPr>
      </w:pPr>
      <w:r w:rsidRPr="00DD4507">
        <w:rPr>
          <w:szCs w:val="18"/>
        </w:rPr>
        <w:t>Data __________________________________</w:t>
      </w:r>
      <w:r w:rsidRPr="00DD4507">
        <w:rPr>
          <w:b/>
          <w:szCs w:val="18"/>
        </w:rPr>
        <w:t xml:space="preserve">    </w:t>
      </w:r>
    </w:p>
    <w:p w:rsidR="000C71B2" w:rsidRDefault="000C71B2" w:rsidP="00DD4507">
      <w:pPr>
        <w:rPr>
          <w:b/>
          <w:szCs w:val="18"/>
        </w:rPr>
      </w:pPr>
    </w:p>
    <w:p w:rsidR="000C71B2" w:rsidRDefault="000C71B2" w:rsidP="00DD4507">
      <w:pPr>
        <w:rPr>
          <w:b/>
          <w:szCs w:val="18"/>
        </w:rPr>
      </w:pPr>
    </w:p>
    <w:p w:rsidR="000C71B2" w:rsidRDefault="000C71B2" w:rsidP="00DD4507">
      <w:pPr>
        <w:rPr>
          <w:b/>
          <w:szCs w:val="18"/>
        </w:rPr>
      </w:pPr>
    </w:p>
    <w:p w:rsidR="00DD4507" w:rsidRDefault="00DD4507" w:rsidP="00DD4507">
      <w:pPr>
        <w:rPr>
          <w:szCs w:val="18"/>
        </w:rPr>
      </w:pPr>
      <w:r w:rsidRPr="00DD4507">
        <w:rPr>
          <w:b/>
          <w:szCs w:val="18"/>
        </w:rPr>
        <w:t xml:space="preserve"> </w:t>
      </w:r>
      <w:proofErr w:type="spellStart"/>
      <w:r w:rsidRPr="00DD4507">
        <w:rPr>
          <w:szCs w:val="18"/>
        </w:rPr>
        <w:t>Semnatura</w:t>
      </w:r>
      <w:proofErr w:type="spellEnd"/>
      <w:r w:rsidRPr="00DD4507">
        <w:rPr>
          <w:szCs w:val="18"/>
        </w:rPr>
        <w:t xml:space="preserve"> _________________</w:t>
      </w:r>
    </w:p>
    <w:p w:rsidR="006F549E" w:rsidRDefault="006F549E" w:rsidP="00DD4507">
      <w:pPr>
        <w:rPr>
          <w:szCs w:val="18"/>
        </w:rPr>
      </w:pPr>
    </w:p>
    <w:p w:rsidR="006F549E" w:rsidRPr="00DD4507" w:rsidRDefault="006F549E" w:rsidP="00DD4507">
      <w:pPr>
        <w:rPr>
          <w:szCs w:val="18"/>
        </w:rPr>
      </w:pPr>
    </w:p>
    <w:p w:rsidR="00DD4507" w:rsidRPr="00DD4507" w:rsidRDefault="00DD4507" w:rsidP="00DD4507">
      <w:pPr>
        <w:rPr>
          <w:szCs w:val="18"/>
        </w:rPr>
      </w:pPr>
    </w:p>
    <w:p w:rsidR="00DD4507" w:rsidRPr="00DD4507" w:rsidRDefault="00DD4507" w:rsidP="00DD4507">
      <w:pPr>
        <w:rPr>
          <w:szCs w:val="18"/>
        </w:rPr>
      </w:pPr>
      <w:proofErr w:type="spellStart"/>
      <w:r w:rsidRPr="00DD4507">
        <w:rPr>
          <w:szCs w:val="18"/>
        </w:rPr>
        <w:t>Declar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că</w:t>
      </w:r>
      <w:proofErr w:type="spellEnd"/>
      <w:r w:rsidRPr="00DD4507">
        <w:rPr>
          <w:szCs w:val="18"/>
        </w:rPr>
        <w:t xml:space="preserve"> am </w:t>
      </w:r>
      <w:proofErr w:type="spellStart"/>
      <w:r w:rsidRPr="00DD4507">
        <w:rPr>
          <w:szCs w:val="18"/>
        </w:rPr>
        <w:t>luat</w:t>
      </w:r>
      <w:proofErr w:type="spellEnd"/>
      <w:r w:rsidRPr="00DD4507">
        <w:rPr>
          <w:szCs w:val="18"/>
        </w:rPr>
        <w:t xml:space="preserve"> la </w:t>
      </w:r>
      <w:proofErr w:type="spellStart"/>
      <w:r w:rsidRPr="00DD4507">
        <w:rPr>
          <w:szCs w:val="18"/>
        </w:rPr>
        <w:t>cunoştinţă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obligativitatea</w:t>
      </w:r>
      <w:proofErr w:type="spellEnd"/>
      <w:r w:rsidRPr="00DD4507">
        <w:rPr>
          <w:szCs w:val="18"/>
        </w:rPr>
        <w:t xml:space="preserve"> de a-mi </w:t>
      </w:r>
      <w:proofErr w:type="spellStart"/>
      <w:r w:rsidRPr="00DD4507">
        <w:rPr>
          <w:szCs w:val="18"/>
        </w:rPr>
        <w:t>furniza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datele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personale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şi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faptul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că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îmi</w:t>
      </w:r>
      <w:proofErr w:type="spellEnd"/>
      <w:r w:rsidRPr="00DD4507">
        <w:rPr>
          <w:szCs w:val="18"/>
        </w:rPr>
        <w:t xml:space="preserve"> pot </w:t>
      </w:r>
      <w:proofErr w:type="spellStart"/>
      <w:r w:rsidRPr="00DD4507">
        <w:rPr>
          <w:szCs w:val="18"/>
        </w:rPr>
        <w:t>exercita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toate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drepturile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prevăzute</w:t>
      </w:r>
      <w:proofErr w:type="spellEnd"/>
      <w:r w:rsidRPr="00DD4507">
        <w:rPr>
          <w:szCs w:val="18"/>
        </w:rPr>
        <w:t xml:space="preserve"> de </w:t>
      </w:r>
      <w:proofErr w:type="spellStart"/>
      <w:r w:rsidRPr="00DD4507">
        <w:rPr>
          <w:szCs w:val="18"/>
        </w:rPr>
        <w:t>Regulamentul</w:t>
      </w:r>
      <w:proofErr w:type="spellEnd"/>
      <w:r w:rsidRPr="00DD4507">
        <w:rPr>
          <w:szCs w:val="18"/>
        </w:rPr>
        <w:t xml:space="preserve"> UE </w:t>
      </w:r>
      <w:proofErr w:type="spellStart"/>
      <w:r w:rsidRPr="00DD4507">
        <w:rPr>
          <w:szCs w:val="18"/>
        </w:rPr>
        <w:t>nr</w:t>
      </w:r>
      <w:proofErr w:type="spellEnd"/>
      <w:r w:rsidRPr="00DD4507">
        <w:rPr>
          <w:szCs w:val="18"/>
        </w:rPr>
        <w:t xml:space="preserve">. 679/2016 </w:t>
      </w:r>
      <w:proofErr w:type="spellStart"/>
      <w:r w:rsidRPr="00DD4507">
        <w:rPr>
          <w:szCs w:val="18"/>
        </w:rPr>
        <w:t>privind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protecția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datelor</w:t>
      </w:r>
      <w:proofErr w:type="spellEnd"/>
      <w:r w:rsidRPr="00DD4507">
        <w:rPr>
          <w:szCs w:val="18"/>
        </w:rPr>
        <w:t xml:space="preserve"> cu </w:t>
      </w:r>
      <w:proofErr w:type="spellStart"/>
      <w:r w:rsidRPr="00DD4507">
        <w:rPr>
          <w:szCs w:val="18"/>
        </w:rPr>
        <w:t>caracter</w:t>
      </w:r>
      <w:proofErr w:type="spellEnd"/>
      <w:r w:rsidRPr="00DD4507">
        <w:rPr>
          <w:szCs w:val="18"/>
        </w:rPr>
        <w:t xml:space="preserve"> personal </w:t>
      </w:r>
      <w:proofErr w:type="spellStart"/>
      <w:r w:rsidRPr="00DD4507">
        <w:rPr>
          <w:szCs w:val="18"/>
        </w:rPr>
        <w:t>și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libera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circulație</w:t>
      </w:r>
      <w:proofErr w:type="spellEnd"/>
      <w:r w:rsidRPr="00DD4507">
        <w:rPr>
          <w:szCs w:val="18"/>
        </w:rPr>
        <w:t xml:space="preserve"> </w:t>
      </w:r>
      <w:proofErr w:type="gramStart"/>
      <w:r w:rsidRPr="00DD4507">
        <w:rPr>
          <w:szCs w:val="18"/>
        </w:rPr>
        <w:t>a</w:t>
      </w:r>
      <w:proofErr w:type="gram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acestor</w:t>
      </w:r>
      <w:proofErr w:type="spellEnd"/>
      <w:r w:rsidRPr="00DD4507">
        <w:rPr>
          <w:szCs w:val="18"/>
        </w:rPr>
        <w:t xml:space="preserve"> date.</w:t>
      </w:r>
    </w:p>
    <w:p w:rsidR="00DD4507" w:rsidRPr="00DD4507" w:rsidRDefault="00DD4507" w:rsidP="00DD4507">
      <w:pPr>
        <w:rPr>
          <w:szCs w:val="18"/>
        </w:rPr>
      </w:pPr>
      <w:proofErr w:type="spellStart"/>
      <w:r w:rsidRPr="00DD4507">
        <w:rPr>
          <w:szCs w:val="18"/>
        </w:rPr>
        <w:t>Totodata</w:t>
      </w:r>
      <w:proofErr w:type="spellEnd"/>
      <w:r w:rsidRPr="00DD4507">
        <w:rPr>
          <w:szCs w:val="18"/>
        </w:rPr>
        <w:t xml:space="preserve">, </w:t>
      </w:r>
      <w:proofErr w:type="spellStart"/>
      <w:r w:rsidRPr="00DD4507">
        <w:rPr>
          <w:szCs w:val="18"/>
        </w:rPr>
        <w:t>declar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că</w:t>
      </w:r>
      <w:proofErr w:type="spellEnd"/>
      <w:r w:rsidRPr="00DD4507">
        <w:rPr>
          <w:szCs w:val="18"/>
        </w:rPr>
        <w:t xml:space="preserve"> am </w:t>
      </w:r>
      <w:proofErr w:type="spellStart"/>
      <w:r w:rsidRPr="00DD4507">
        <w:rPr>
          <w:szCs w:val="18"/>
        </w:rPr>
        <w:t>fost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informat</w:t>
      </w:r>
      <w:proofErr w:type="spellEnd"/>
      <w:r w:rsidRPr="00DD4507">
        <w:rPr>
          <w:szCs w:val="18"/>
        </w:rPr>
        <w:t xml:space="preserve"> cu </w:t>
      </w:r>
      <w:proofErr w:type="spellStart"/>
      <w:r w:rsidRPr="00DD4507">
        <w:rPr>
          <w:szCs w:val="18"/>
        </w:rPr>
        <w:t>privire</w:t>
      </w:r>
      <w:proofErr w:type="spellEnd"/>
      <w:r w:rsidRPr="00DD4507">
        <w:rPr>
          <w:szCs w:val="18"/>
        </w:rPr>
        <w:t xml:space="preserve"> la:</w:t>
      </w:r>
    </w:p>
    <w:p w:rsidR="00DD4507" w:rsidRPr="00DD4507" w:rsidRDefault="00DD4507" w:rsidP="00DD4507">
      <w:pPr>
        <w:pStyle w:val="ListParagraph"/>
        <w:numPr>
          <w:ilvl w:val="0"/>
          <w:numId w:val="10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identitatea operatorului, respectiv Primăria Comunei Hărman</w:t>
      </w:r>
    </w:p>
    <w:p w:rsidR="00DD4507" w:rsidRPr="00DD4507" w:rsidRDefault="00DD4507" w:rsidP="00DD4507">
      <w:pPr>
        <w:pStyle w:val="ListParagraph"/>
        <w:numPr>
          <w:ilvl w:val="0"/>
          <w:numId w:val="10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datele prelucrate</w:t>
      </w:r>
    </w:p>
    <w:p w:rsidR="00DD4507" w:rsidRPr="00DD4507" w:rsidRDefault="00DD4507" w:rsidP="00DD4507">
      <w:pPr>
        <w:pStyle w:val="ListParagraph"/>
        <w:numPr>
          <w:ilvl w:val="0"/>
          <w:numId w:val="10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scopul în care se face prelucrarea: încheierea actului solicitat</w:t>
      </w:r>
    </w:p>
    <w:p w:rsidR="00DD4507" w:rsidRPr="00DD4507" w:rsidRDefault="00DD4507" w:rsidP="00DD4507">
      <w:pPr>
        <w:pStyle w:val="ListParagraph"/>
        <w:numPr>
          <w:ilvl w:val="0"/>
          <w:numId w:val="10"/>
        </w:numPr>
        <w:rPr>
          <w:szCs w:val="18"/>
          <w:lang w:val="ro-RO"/>
        </w:rPr>
      </w:pPr>
      <w:r w:rsidRPr="00DD4507">
        <w:rPr>
          <w:szCs w:val="18"/>
          <w:lang w:val="ro-RO"/>
        </w:rPr>
        <w:t>caracterul obligatoriu/facultativ, după caz, al furnizării datelor personale</w:t>
      </w:r>
    </w:p>
    <w:p w:rsidR="00DD4507" w:rsidRPr="00DD4507" w:rsidRDefault="00DD4507" w:rsidP="00DD4507">
      <w:pPr>
        <w:rPr>
          <w:szCs w:val="18"/>
        </w:rPr>
      </w:pPr>
      <w:r w:rsidRPr="00DD4507">
        <w:rPr>
          <w:szCs w:val="18"/>
        </w:rPr>
        <w:sym w:font="Wingdings" w:char="F06E"/>
      </w:r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acest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sens</w:t>
      </w:r>
      <w:proofErr w:type="spellEnd"/>
      <w:r w:rsidRPr="00DD4507">
        <w:rPr>
          <w:szCs w:val="18"/>
        </w:rPr>
        <w:t xml:space="preserve">, </w:t>
      </w:r>
      <w:proofErr w:type="spellStart"/>
      <w:r w:rsidRPr="00DD4507">
        <w:rPr>
          <w:szCs w:val="18"/>
        </w:rPr>
        <w:t>îmi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exprim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acordul</w:t>
      </w:r>
      <w:proofErr w:type="spellEnd"/>
      <w:r w:rsidRPr="00DD4507">
        <w:rPr>
          <w:szCs w:val="18"/>
        </w:rPr>
        <w:t xml:space="preserve"> cu </w:t>
      </w:r>
      <w:proofErr w:type="spellStart"/>
      <w:r w:rsidRPr="00DD4507">
        <w:rPr>
          <w:szCs w:val="18"/>
        </w:rPr>
        <w:t>privire</w:t>
      </w:r>
      <w:proofErr w:type="spellEnd"/>
      <w:r w:rsidRPr="00DD4507">
        <w:rPr>
          <w:szCs w:val="18"/>
        </w:rPr>
        <w:t xml:space="preserve"> la </w:t>
      </w:r>
      <w:proofErr w:type="spellStart"/>
      <w:r w:rsidRPr="00DD4507">
        <w:rPr>
          <w:szCs w:val="18"/>
        </w:rPr>
        <w:t>prelucrarea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datelor</w:t>
      </w:r>
      <w:proofErr w:type="spellEnd"/>
      <w:r w:rsidRPr="00DD4507">
        <w:rPr>
          <w:szCs w:val="18"/>
        </w:rPr>
        <w:t xml:space="preserve"> cu </w:t>
      </w:r>
      <w:proofErr w:type="spellStart"/>
      <w:r w:rsidRPr="00DD4507">
        <w:rPr>
          <w:szCs w:val="18"/>
        </w:rPr>
        <w:t>caracter</w:t>
      </w:r>
      <w:proofErr w:type="spellEnd"/>
      <w:r w:rsidRPr="00DD4507">
        <w:rPr>
          <w:szCs w:val="18"/>
        </w:rPr>
        <w:t xml:space="preserve"> personal </w:t>
      </w:r>
      <w:proofErr w:type="spellStart"/>
      <w:r w:rsidRPr="00DD4507">
        <w:rPr>
          <w:szCs w:val="18"/>
        </w:rPr>
        <w:t>înscrise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cartea</w:t>
      </w:r>
      <w:proofErr w:type="spellEnd"/>
      <w:r w:rsidRPr="00DD4507">
        <w:rPr>
          <w:szCs w:val="18"/>
        </w:rPr>
        <w:t>/</w:t>
      </w:r>
      <w:proofErr w:type="spellStart"/>
      <w:r w:rsidRPr="00DD4507">
        <w:rPr>
          <w:szCs w:val="18"/>
        </w:rPr>
        <w:t>buletin</w:t>
      </w:r>
      <w:proofErr w:type="spellEnd"/>
      <w:r w:rsidRPr="00DD4507">
        <w:rPr>
          <w:szCs w:val="18"/>
        </w:rPr>
        <w:t xml:space="preserve"> de </w:t>
      </w:r>
      <w:proofErr w:type="spellStart"/>
      <w:r w:rsidRPr="00DD4507">
        <w:rPr>
          <w:szCs w:val="18"/>
        </w:rPr>
        <w:t>identitate</w:t>
      </w:r>
      <w:proofErr w:type="spellEnd"/>
      <w:r w:rsidRPr="00DD4507">
        <w:rPr>
          <w:szCs w:val="18"/>
        </w:rPr>
        <w:t xml:space="preserve">,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vederea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eliberării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actului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solicitat</w:t>
      </w:r>
      <w:proofErr w:type="spellEnd"/>
      <w:r w:rsidRPr="00DD4507">
        <w:rPr>
          <w:szCs w:val="18"/>
        </w:rPr>
        <w:t>.</w:t>
      </w:r>
    </w:p>
    <w:p w:rsidR="00DD4507" w:rsidRPr="00DD4507" w:rsidRDefault="00DD4507" w:rsidP="00DD4507">
      <w:pPr>
        <w:rPr>
          <w:szCs w:val="18"/>
        </w:rPr>
      </w:pPr>
      <w:proofErr w:type="spellStart"/>
      <w:r w:rsidRPr="00DD4507">
        <w:rPr>
          <w:szCs w:val="18"/>
        </w:rPr>
        <w:t>Menționez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că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exprimarea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consimțamântului</w:t>
      </w:r>
      <w:proofErr w:type="spellEnd"/>
      <w:r w:rsidRPr="00DD4507">
        <w:rPr>
          <w:szCs w:val="18"/>
        </w:rPr>
        <w:t xml:space="preserve"> nu am </w:t>
      </w:r>
      <w:proofErr w:type="spellStart"/>
      <w:r w:rsidRPr="00DD4507">
        <w:rPr>
          <w:szCs w:val="18"/>
        </w:rPr>
        <w:t>fost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influențat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sau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constrâns</w:t>
      </w:r>
      <w:proofErr w:type="spellEnd"/>
      <w:r w:rsidRPr="00DD4507">
        <w:rPr>
          <w:szCs w:val="18"/>
        </w:rPr>
        <w:t xml:space="preserve">, </w:t>
      </w:r>
      <w:proofErr w:type="spellStart"/>
      <w:r w:rsidRPr="00DD4507">
        <w:rPr>
          <w:szCs w:val="18"/>
        </w:rPr>
        <w:t>sens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care </w:t>
      </w:r>
      <w:proofErr w:type="spellStart"/>
      <w:r w:rsidRPr="00DD4507">
        <w:rPr>
          <w:szCs w:val="18"/>
        </w:rPr>
        <w:t>îmi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exprim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acordul</w:t>
      </w:r>
      <w:proofErr w:type="spellEnd"/>
      <w:r w:rsidRPr="00DD4507">
        <w:rPr>
          <w:szCs w:val="18"/>
        </w:rPr>
        <w:t xml:space="preserve"> liber </w:t>
      </w:r>
      <w:proofErr w:type="spellStart"/>
      <w:r w:rsidRPr="00DD4507">
        <w:rPr>
          <w:szCs w:val="18"/>
        </w:rPr>
        <w:t>și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cunoștință</w:t>
      </w:r>
      <w:proofErr w:type="spellEnd"/>
      <w:r w:rsidRPr="00DD4507">
        <w:rPr>
          <w:szCs w:val="18"/>
        </w:rPr>
        <w:t xml:space="preserve"> de </w:t>
      </w:r>
      <w:proofErr w:type="spellStart"/>
      <w:r w:rsidRPr="00DD4507">
        <w:rPr>
          <w:szCs w:val="18"/>
        </w:rPr>
        <w:t>cauză</w:t>
      </w:r>
      <w:proofErr w:type="spellEnd"/>
      <w:r w:rsidRPr="00DD4507">
        <w:rPr>
          <w:szCs w:val="18"/>
        </w:rPr>
        <w:t>.</w:t>
      </w:r>
    </w:p>
    <w:p w:rsidR="00DD4507" w:rsidRPr="00DD4507" w:rsidRDefault="00DD4507" w:rsidP="00DD4507">
      <w:pPr>
        <w:rPr>
          <w:szCs w:val="18"/>
        </w:rPr>
      </w:pPr>
      <w:r w:rsidRPr="00DD4507">
        <w:rPr>
          <w:szCs w:val="18"/>
        </w:rPr>
        <w:sym w:font="Wingdings" w:char="F06E"/>
      </w:r>
      <w:r w:rsidRPr="00DD4507">
        <w:rPr>
          <w:szCs w:val="18"/>
        </w:rPr>
        <w:t xml:space="preserve"> Nu </w:t>
      </w:r>
      <w:proofErr w:type="spellStart"/>
      <w:r w:rsidRPr="00DD4507">
        <w:rPr>
          <w:szCs w:val="18"/>
        </w:rPr>
        <w:t>îmi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exprim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acordul</w:t>
      </w:r>
      <w:proofErr w:type="spellEnd"/>
      <w:r w:rsidRPr="00DD4507">
        <w:rPr>
          <w:szCs w:val="18"/>
        </w:rPr>
        <w:t xml:space="preserve"> cu </w:t>
      </w:r>
      <w:proofErr w:type="spellStart"/>
      <w:r w:rsidRPr="00DD4507">
        <w:rPr>
          <w:szCs w:val="18"/>
        </w:rPr>
        <w:t>privire</w:t>
      </w:r>
      <w:proofErr w:type="spellEnd"/>
      <w:r w:rsidRPr="00DD4507">
        <w:rPr>
          <w:szCs w:val="18"/>
        </w:rPr>
        <w:t xml:space="preserve"> la </w:t>
      </w:r>
      <w:proofErr w:type="spellStart"/>
      <w:r w:rsidRPr="00DD4507">
        <w:rPr>
          <w:szCs w:val="18"/>
        </w:rPr>
        <w:t>prelucrarea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datelor</w:t>
      </w:r>
      <w:proofErr w:type="spellEnd"/>
      <w:r w:rsidRPr="00DD4507">
        <w:rPr>
          <w:szCs w:val="18"/>
        </w:rPr>
        <w:t xml:space="preserve"> cu </w:t>
      </w:r>
      <w:proofErr w:type="spellStart"/>
      <w:r w:rsidRPr="00DD4507">
        <w:rPr>
          <w:szCs w:val="18"/>
        </w:rPr>
        <w:t>caracter</w:t>
      </w:r>
      <w:proofErr w:type="spellEnd"/>
      <w:r w:rsidRPr="00DD4507">
        <w:rPr>
          <w:szCs w:val="18"/>
        </w:rPr>
        <w:t xml:space="preserve"> personal </w:t>
      </w:r>
      <w:proofErr w:type="spellStart"/>
      <w:r w:rsidRPr="00DD4507">
        <w:rPr>
          <w:szCs w:val="18"/>
        </w:rPr>
        <w:t>înscrise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cartea</w:t>
      </w:r>
      <w:proofErr w:type="spellEnd"/>
      <w:r w:rsidRPr="00DD4507">
        <w:rPr>
          <w:szCs w:val="18"/>
        </w:rPr>
        <w:t>/</w:t>
      </w:r>
      <w:proofErr w:type="spellStart"/>
      <w:r w:rsidRPr="00DD4507">
        <w:rPr>
          <w:szCs w:val="18"/>
        </w:rPr>
        <w:t>buletin</w:t>
      </w:r>
      <w:proofErr w:type="spellEnd"/>
      <w:r w:rsidRPr="00DD4507">
        <w:rPr>
          <w:szCs w:val="18"/>
        </w:rPr>
        <w:t xml:space="preserve"> de </w:t>
      </w:r>
      <w:proofErr w:type="spellStart"/>
      <w:r w:rsidRPr="00DD4507">
        <w:rPr>
          <w:szCs w:val="18"/>
        </w:rPr>
        <w:t>identitate</w:t>
      </w:r>
      <w:proofErr w:type="spellEnd"/>
      <w:r w:rsidRPr="00DD4507">
        <w:rPr>
          <w:szCs w:val="18"/>
        </w:rPr>
        <w:t xml:space="preserve">, </w:t>
      </w:r>
      <w:proofErr w:type="spellStart"/>
      <w:r w:rsidRPr="00DD4507">
        <w:rPr>
          <w:szCs w:val="18"/>
        </w:rPr>
        <w:t>în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vederea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eliberării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actului</w:t>
      </w:r>
      <w:proofErr w:type="spellEnd"/>
      <w:r w:rsidRPr="00DD4507">
        <w:rPr>
          <w:szCs w:val="18"/>
        </w:rPr>
        <w:t xml:space="preserve"> </w:t>
      </w:r>
      <w:proofErr w:type="spellStart"/>
      <w:r w:rsidRPr="00DD4507">
        <w:rPr>
          <w:szCs w:val="18"/>
        </w:rPr>
        <w:t>solicitat</w:t>
      </w:r>
      <w:proofErr w:type="spellEnd"/>
      <w:r w:rsidRPr="00DD4507">
        <w:rPr>
          <w:szCs w:val="18"/>
        </w:rPr>
        <w:t>.</w:t>
      </w:r>
    </w:p>
    <w:p w:rsidR="006F549E" w:rsidRDefault="00DD4507" w:rsidP="00DD4507">
      <w:pPr>
        <w:rPr>
          <w:szCs w:val="18"/>
        </w:rPr>
      </w:pPr>
      <w:proofErr w:type="spellStart"/>
      <w:r w:rsidRPr="00DD4507">
        <w:rPr>
          <w:b/>
          <w:szCs w:val="18"/>
        </w:rPr>
        <w:t>Regulamentul</w:t>
      </w:r>
      <w:proofErr w:type="spellEnd"/>
      <w:r w:rsidRPr="00DD4507">
        <w:rPr>
          <w:b/>
          <w:szCs w:val="18"/>
        </w:rPr>
        <w:t xml:space="preserve"> UE </w:t>
      </w:r>
      <w:proofErr w:type="spellStart"/>
      <w:r w:rsidRPr="00DD4507">
        <w:rPr>
          <w:b/>
          <w:szCs w:val="18"/>
        </w:rPr>
        <w:t>nr</w:t>
      </w:r>
      <w:proofErr w:type="spellEnd"/>
      <w:r w:rsidRPr="00DD4507">
        <w:rPr>
          <w:b/>
          <w:szCs w:val="18"/>
        </w:rPr>
        <w:t xml:space="preserve">. 679/2016 </w:t>
      </w:r>
      <w:proofErr w:type="spellStart"/>
      <w:r w:rsidRPr="00DD4507">
        <w:rPr>
          <w:b/>
          <w:szCs w:val="18"/>
        </w:rPr>
        <w:t>privind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protecția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datelor</w:t>
      </w:r>
      <w:proofErr w:type="spellEnd"/>
      <w:r w:rsidRPr="00DD4507">
        <w:rPr>
          <w:b/>
          <w:szCs w:val="18"/>
        </w:rPr>
        <w:t xml:space="preserve"> cu </w:t>
      </w:r>
      <w:proofErr w:type="spellStart"/>
      <w:r w:rsidRPr="00DD4507">
        <w:rPr>
          <w:b/>
          <w:szCs w:val="18"/>
        </w:rPr>
        <w:t>caracter</w:t>
      </w:r>
      <w:proofErr w:type="spellEnd"/>
      <w:r w:rsidRPr="00DD4507">
        <w:rPr>
          <w:b/>
          <w:szCs w:val="18"/>
        </w:rPr>
        <w:t xml:space="preserve"> personal </w:t>
      </w:r>
      <w:proofErr w:type="spellStart"/>
      <w:r w:rsidRPr="00DD4507">
        <w:rPr>
          <w:b/>
          <w:szCs w:val="18"/>
        </w:rPr>
        <w:t>și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libera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circulație</w:t>
      </w:r>
      <w:proofErr w:type="spellEnd"/>
      <w:r w:rsidRPr="00DD4507">
        <w:rPr>
          <w:b/>
          <w:szCs w:val="18"/>
        </w:rPr>
        <w:t xml:space="preserve"> a </w:t>
      </w:r>
      <w:proofErr w:type="spellStart"/>
      <w:r w:rsidRPr="00DD4507">
        <w:rPr>
          <w:b/>
          <w:szCs w:val="18"/>
        </w:rPr>
        <w:t>acestor</w:t>
      </w:r>
      <w:proofErr w:type="spellEnd"/>
      <w:r w:rsidRPr="00DD4507">
        <w:rPr>
          <w:b/>
          <w:szCs w:val="18"/>
        </w:rPr>
        <w:t xml:space="preserve"> date a </w:t>
      </w:r>
      <w:proofErr w:type="spellStart"/>
      <w:r w:rsidRPr="00DD4507">
        <w:rPr>
          <w:b/>
          <w:szCs w:val="18"/>
        </w:rPr>
        <w:t>intrat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în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vigoare</w:t>
      </w:r>
      <w:proofErr w:type="spellEnd"/>
      <w:r w:rsidRPr="00DD4507">
        <w:rPr>
          <w:b/>
          <w:szCs w:val="18"/>
        </w:rPr>
        <w:t xml:space="preserve"> la data de 25 </w:t>
      </w:r>
      <w:proofErr w:type="spellStart"/>
      <w:r w:rsidRPr="00DD4507">
        <w:rPr>
          <w:b/>
          <w:szCs w:val="18"/>
        </w:rPr>
        <w:t>mai</w:t>
      </w:r>
      <w:proofErr w:type="spellEnd"/>
      <w:r w:rsidRPr="00DD4507">
        <w:rPr>
          <w:b/>
          <w:szCs w:val="18"/>
        </w:rPr>
        <w:t xml:space="preserve"> 2016 </w:t>
      </w:r>
      <w:proofErr w:type="spellStart"/>
      <w:r w:rsidRPr="00DD4507">
        <w:rPr>
          <w:b/>
          <w:szCs w:val="18"/>
        </w:rPr>
        <w:t>și</w:t>
      </w:r>
      <w:proofErr w:type="spellEnd"/>
      <w:r w:rsidRPr="00DD4507">
        <w:rPr>
          <w:b/>
          <w:szCs w:val="18"/>
        </w:rPr>
        <w:t xml:space="preserve"> cu direct </w:t>
      </w:r>
      <w:proofErr w:type="spellStart"/>
      <w:r w:rsidRPr="00DD4507">
        <w:rPr>
          <w:b/>
          <w:szCs w:val="18"/>
        </w:rPr>
        <w:t>aplicabilitate</w:t>
      </w:r>
      <w:proofErr w:type="spellEnd"/>
      <w:r w:rsidRPr="00DD4507">
        <w:rPr>
          <w:b/>
          <w:szCs w:val="18"/>
        </w:rPr>
        <w:t xml:space="preserve"> </w:t>
      </w:r>
      <w:proofErr w:type="spellStart"/>
      <w:r w:rsidRPr="00DD4507">
        <w:rPr>
          <w:b/>
          <w:szCs w:val="18"/>
        </w:rPr>
        <w:t>începând</w:t>
      </w:r>
      <w:proofErr w:type="spellEnd"/>
      <w:r w:rsidRPr="00DD4507">
        <w:rPr>
          <w:b/>
          <w:szCs w:val="18"/>
        </w:rPr>
        <w:t xml:space="preserve"> cu data de 25 </w:t>
      </w:r>
      <w:proofErr w:type="spellStart"/>
      <w:r w:rsidRPr="00DD4507">
        <w:rPr>
          <w:b/>
          <w:szCs w:val="18"/>
        </w:rPr>
        <w:t>mai</w:t>
      </w:r>
      <w:proofErr w:type="spellEnd"/>
      <w:r w:rsidRPr="00DD4507">
        <w:rPr>
          <w:b/>
          <w:szCs w:val="18"/>
        </w:rPr>
        <w:t xml:space="preserve"> 2018.</w:t>
      </w:r>
      <w:r w:rsidRPr="00DD4507">
        <w:rPr>
          <w:szCs w:val="18"/>
        </w:rPr>
        <w:t xml:space="preserve">          </w:t>
      </w:r>
    </w:p>
    <w:p w:rsidR="006F549E" w:rsidRDefault="006F549E" w:rsidP="00DD4507">
      <w:pPr>
        <w:rPr>
          <w:szCs w:val="18"/>
        </w:rPr>
      </w:pPr>
    </w:p>
    <w:p w:rsidR="006F549E" w:rsidRDefault="006F549E" w:rsidP="00DD4507">
      <w:pPr>
        <w:rPr>
          <w:szCs w:val="18"/>
        </w:rPr>
      </w:pPr>
    </w:p>
    <w:p w:rsidR="006F549E" w:rsidRDefault="006F549E" w:rsidP="00DD4507">
      <w:pPr>
        <w:rPr>
          <w:szCs w:val="18"/>
        </w:rPr>
      </w:pPr>
    </w:p>
    <w:p w:rsidR="00DD4507" w:rsidRPr="00DD4507" w:rsidRDefault="00DD4507" w:rsidP="00DD4507">
      <w:pPr>
        <w:rPr>
          <w:szCs w:val="18"/>
        </w:rPr>
      </w:pPr>
      <w:r w:rsidRPr="00DD4507">
        <w:rPr>
          <w:szCs w:val="18"/>
        </w:rPr>
        <w:t xml:space="preserve">                                                                                              </w:t>
      </w:r>
    </w:p>
    <w:p w:rsidR="00DD4507" w:rsidRDefault="00DD4507" w:rsidP="00DD4507">
      <w:pPr>
        <w:rPr>
          <w:szCs w:val="18"/>
        </w:rPr>
      </w:pPr>
      <w:proofErr w:type="spellStart"/>
      <w:r w:rsidRPr="00DD4507">
        <w:rPr>
          <w:szCs w:val="18"/>
        </w:rPr>
        <w:t>Numele</w:t>
      </w:r>
      <w:proofErr w:type="spellEnd"/>
      <w:r w:rsidRPr="00DD4507">
        <w:rPr>
          <w:szCs w:val="18"/>
        </w:rPr>
        <w:t xml:space="preserve">   _________________________________</w:t>
      </w:r>
      <w:r w:rsidRPr="00DD4507">
        <w:rPr>
          <w:szCs w:val="18"/>
        </w:rPr>
        <w:tab/>
      </w:r>
      <w:r w:rsidRPr="00DD4507">
        <w:rPr>
          <w:szCs w:val="18"/>
        </w:rPr>
        <w:tab/>
      </w:r>
      <w:r w:rsidRPr="00DD4507">
        <w:rPr>
          <w:szCs w:val="18"/>
        </w:rPr>
        <w:tab/>
        <w:t xml:space="preserve">                </w:t>
      </w:r>
      <w:proofErr w:type="spellStart"/>
      <w:r w:rsidR="006F549E">
        <w:rPr>
          <w:szCs w:val="18"/>
        </w:rPr>
        <w:t>Semnătura</w:t>
      </w:r>
      <w:proofErr w:type="spellEnd"/>
      <w:r w:rsidR="006F549E">
        <w:rPr>
          <w:szCs w:val="18"/>
        </w:rPr>
        <w:t>___</w:t>
      </w:r>
      <w:r w:rsidRPr="00DD4507">
        <w:rPr>
          <w:szCs w:val="18"/>
        </w:rPr>
        <w:t>_______________________</w:t>
      </w:r>
    </w:p>
    <w:p w:rsidR="006F549E" w:rsidRDefault="006F549E" w:rsidP="00DD4507">
      <w:pPr>
        <w:rPr>
          <w:szCs w:val="18"/>
        </w:rPr>
      </w:pPr>
    </w:p>
    <w:p w:rsidR="006F549E" w:rsidRDefault="006F549E" w:rsidP="00DD4507">
      <w:pPr>
        <w:rPr>
          <w:szCs w:val="18"/>
        </w:rPr>
      </w:pPr>
    </w:p>
    <w:p w:rsidR="006F549E" w:rsidRPr="00DD4507" w:rsidRDefault="006F549E" w:rsidP="00DD4507">
      <w:pPr>
        <w:rPr>
          <w:b/>
          <w:bCs/>
          <w:szCs w:val="18"/>
        </w:rPr>
      </w:pPr>
    </w:p>
    <w:p w:rsidR="00DD4507" w:rsidRPr="00DD4507" w:rsidRDefault="00DD4507">
      <w:pPr>
        <w:spacing w:line="20" w:lineRule="exact"/>
        <w:rPr>
          <w:szCs w:val="18"/>
        </w:rPr>
      </w:pPr>
    </w:p>
    <w:sectPr w:rsidR="00DD4507" w:rsidRPr="00DD4507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1E1" w:rsidRDefault="00F532C5">
      <w:r>
        <w:separator/>
      </w:r>
    </w:p>
  </w:endnote>
  <w:endnote w:type="continuationSeparator" w:id="0">
    <w:p w:rsidR="002521E1" w:rsidRDefault="00F53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B1D" w:rsidRDefault="00F532C5">
    <w:pPr>
      <w:pStyle w:val="Footer"/>
      <w:tabs>
        <w:tab w:val="center" w:pos="4819"/>
      </w:tabs>
    </w:pPr>
    <w:r>
      <w:rPr>
        <w:color w:val="595959"/>
        <w:sz w:val="15"/>
        <w:szCs w:val="15"/>
      </w:rPr>
      <w:t>F_CU_01 · versiunea 1.0</w:t>
    </w:r>
    <w:r>
      <w:rPr>
        <w:color w:val="595959"/>
        <w:sz w:val="15"/>
        <w:szCs w:val="15"/>
      </w:rPr>
      <w:tab/>
      <w:t xml:space="preserve">pagina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 xml:space="preserve"> PAGE </w:instrText>
    </w:r>
    <w:r>
      <w:rPr>
        <w:color w:val="595959"/>
        <w:sz w:val="15"/>
        <w:szCs w:val="15"/>
      </w:rPr>
      <w:fldChar w:fldCharType="separate"/>
    </w:r>
    <w:r w:rsidR="007057A1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  <w:r>
      <w:rPr>
        <w:color w:val="595959"/>
        <w:sz w:val="15"/>
        <w:szCs w:val="15"/>
      </w:rPr>
      <w:t xml:space="preserve"> din </w:t>
    </w:r>
    <w:r>
      <w:rPr>
        <w:color w:val="595959"/>
        <w:sz w:val="15"/>
        <w:szCs w:val="15"/>
      </w:rPr>
      <w:fldChar w:fldCharType="begin"/>
    </w:r>
    <w:r>
      <w:rPr>
        <w:color w:val="595959"/>
        <w:sz w:val="15"/>
        <w:szCs w:val="15"/>
      </w:rPr>
      <w:instrText xml:space="preserve"> NUMPAGES </w:instrText>
    </w:r>
    <w:r>
      <w:rPr>
        <w:color w:val="595959"/>
        <w:sz w:val="15"/>
        <w:szCs w:val="15"/>
      </w:rPr>
      <w:fldChar w:fldCharType="separate"/>
    </w:r>
    <w:r w:rsidR="007057A1">
      <w:rPr>
        <w:noProof/>
        <w:color w:val="595959"/>
        <w:sz w:val="15"/>
        <w:szCs w:val="15"/>
      </w:rPr>
      <w:t>2</w:t>
    </w:r>
    <w:r>
      <w:rPr>
        <w:color w:val="595959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1E1" w:rsidRDefault="00F532C5">
      <w:r>
        <w:separator/>
      </w:r>
    </w:p>
  </w:footnote>
  <w:footnote w:type="continuationSeparator" w:id="0">
    <w:p w:rsidR="002521E1" w:rsidRDefault="00F53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4B1D" w:rsidRDefault="00F532C5">
    <w:pPr>
      <w:pStyle w:val="Header"/>
    </w:pPr>
    <w:r>
      <w:rPr>
        <w:color w:val="595959"/>
        <w:sz w:val="15"/>
        <w:szCs w:val="15"/>
      </w:rPr>
      <w:t>F_CU_01 · versiunea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A35A2E"/>
    <w:multiLevelType w:val="multilevel"/>
    <w:tmpl w:val="1FA35A2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71B2"/>
    <w:rsid w:val="0015074B"/>
    <w:rsid w:val="002521E1"/>
    <w:rsid w:val="0029639D"/>
    <w:rsid w:val="00326F90"/>
    <w:rsid w:val="006F549E"/>
    <w:rsid w:val="007057A1"/>
    <w:rsid w:val="00961045"/>
    <w:rsid w:val="00AA1D8D"/>
    <w:rsid w:val="00B47730"/>
    <w:rsid w:val="00C45297"/>
    <w:rsid w:val="00CB0664"/>
    <w:rsid w:val="00DD4507"/>
    <w:rsid w:val="00DE4B1D"/>
    <w:rsid w:val="00F532C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7CC33CF-4F81-4732-9C02-6AA0C1B27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7A1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7A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D8A7DB-F8C1-4363-98FB-5B79BA16B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cp:lastPrinted>2026-09-01T12:32:00Z</cp:lastPrinted>
  <dcterms:created xsi:type="dcterms:W3CDTF">2013-12-23T23:15:00Z</dcterms:created>
  <dcterms:modified xsi:type="dcterms:W3CDTF">2026-09-01T12:33:00Z</dcterms:modified>
  <cp:category/>
</cp:coreProperties>
</file>