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87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487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496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487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72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ÎNȘTIINȚARE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privind începerea execuției lucrărilor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0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494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0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487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487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48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488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81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489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0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TITULAR AL AUTORIZAȚIEI DE CONSTRUIRE / DESFIINȚARE</w:t>
            </w:r>
          </w:p>
        </w:tc>
      </w:tr>
      <w:tr>
        <w:trPr>
          <w:trHeight w:val="488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Din data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Emisă de</w:t>
            </w:r>
          </w:p>
        </w:tc>
      </w:tr>
      <w:tr>
        <w:trPr>
          <w:trHeight w:val="181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emisă pentru executarea lucrărilor de construcții privind construirea / desființarea construcțiilor și amenajărilor</w:t>
            </w:r>
          </w:p>
        </w:tc>
      </w:tr>
      <w:tr>
        <w:trPr>
          <w:trHeight w:val="488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Denumirea lucrării, capacitatea și categoria de lucrări din autorizație</w:t>
            </w:r>
          </w:p>
        </w:tc>
      </w:tr>
      <w:tr>
        <w:trPr>
          <w:trHeight w:val="487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valoare de (lei)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ADUC LA CUNOȘTINȚĂ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96" w:hRule="atLeast"/>
        </w:trPr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Că la data de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ora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vor începe lucrările de construcții autorizate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pentru imobilul de mai jos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0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IMOBILUL</w:t>
            </w:r>
          </w:p>
        </w:tc>
      </w:tr>
      <w:tr>
        <w:trPr>
          <w:trHeight w:val="209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</w:tr>
      <w:tr>
        <w:trPr>
          <w:trHeight w:val="487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 / oraș / comună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 / sector</w:t>
            </w:r>
          </w:p>
        </w:tc>
      </w:tr>
      <w:tr>
        <w:trPr>
          <w:trHeight w:val="488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Bl. / sc. / et. / ap.</w:t>
            </w:r>
          </w:p>
        </w:tc>
      </w:tr>
      <w:tr>
        <w:trPr>
          <w:trHeight w:val="49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imobilul e înscris în e-Terra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203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DATA ȘI SEMNĂTURA</w:t>
            </w:r>
          </w:p>
        </w:tc>
      </w:tr>
      <w:tr>
        <w:trPr>
          <w:trHeight w:val="488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Titularul autorizației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31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Formularul se anexează la autorizația de construire / desființare în două exemplare. Titularul autorizației este obligat să păstreze pe șantier un exemplar 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acestei înștiințări, cu numărul și data înregistrării la autoritatea emitentă.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F_A_08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F_A_08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