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519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528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83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CERERE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52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Instituția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PRIMĂRIA COMUNEI HĂRMAN, JUDEȚUL BRAȘOV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519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519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520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9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520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  <w:tr>
        <w:trPr>
          <w:trHeight w:val="19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Reprezentare</w:t>
            </w:r>
          </w:p>
        </w:tc>
      </w:tr>
      <w:tr>
        <w:trPr>
          <w:trHeight w:val="521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 calitate de reprezentant 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6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3. AUTORIZAȚIA DE CONSTRUIRE</w:t>
            </w:r>
          </w:p>
        </w:tc>
      </w:tr>
      <w:tr>
        <w:trPr>
          <w:trHeight w:val="520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Din data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Emisă de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în temeiul art. 309 – art. 310 din Legea nr. 169/2026 privind Codul amenajării teritoriului, urbanismului și construcțiilor,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solicit:</w:t>
      </w:r>
    </w:p>
    <w:p>
      <w:pPr>
        <w:spacing w:before="0" w:after="60" w:line="240" w:lineRule="auto"/>
        <w:jc w:val="center"/>
      </w:pPr>
      <w:r>
        <w:rPr>
          <w:rFonts w:ascii="Segoe UI Symbol" w:hAnsi="Segoe UI Symbol" w:cs="Segoe UI Symbol" w:eastAsia="Segoe UI Symbol"/>
          <w:sz w:val="18"/>
          <w:szCs w:val="18"/>
          <w:color w:val="000000"/>
        </w:rPr>
        <w:t>☐</w:t>
      </w: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 xml:space="preserve"> prelungirea DURATEI DE EXECUȚIE, pentru cel mult 12 luni  /</w:t>
      </w:r>
    </w:p>
    <w:p>
      <w:pPr>
        <w:spacing w:before="0" w:after="60" w:line="240" w:lineRule="auto"/>
        <w:jc w:val="center"/>
      </w:pPr>
      <w:r>
        <w:rPr>
          <w:rFonts w:ascii="Segoe UI Symbol" w:hAnsi="Segoe UI Symbol" w:cs="Segoe UI Symbol" w:eastAsia="Segoe UI Symbol"/>
          <w:sz w:val="18"/>
          <w:szCs w:val="18"/>
          <w:color w:val="000000"/>
        </w:rPr>
        <w:t>☐</w:t>
      </w: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 xml:space="preserve"> prelungirea VALABILITĂȚII autorizației, pentru cel mult 12 luni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519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 la data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Până la data</w:t>
            </w:r>
          </w:p>
        </w:tc>
      </w:tr>
      <w:tr>
        <w:trPr>
          <w:trHeight w:val="519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Stadiul lucrărilor (%)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 începerii efective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Lucrările rămase de executat și motivarea</w:t>
            </w:r>
          </w:p>
        </w:tc>
      </w:tr>
      <w:tr>
        <w:trPr>
          <w:trHeight w:val="7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SE ANEXEAZĂ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autorizația de construire (în original)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documentul privind achitarea taxei (copie)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DATA ȘI SEMNĂTURA</w:t>
            </w:r>
          </w:p>
        </w:tc>
      </w:tr>
      <w:tr>
        <w:trPr>
          <w:trHeight w:val="521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Titularul autorizației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F_A_02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F_A_02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