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19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528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83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528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519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520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519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Reprezentare</w:t>
            </w:r>
          </w:p>
        </w:tc>
      </w:tr>
      <w:tr>
        <w:trPr>
          <w:trHeight w:val="520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calitate de reprezentant 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CUI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titular al dreptului de proprietate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împuternicit al titularului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conformitate cu secțiunea a 4-a din Legea nr. 169/2026 privind Codul amenajării teritoriului, urbanismului și construcțiilor, în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temeiul art. 301, solicit emiterea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>AUTORIZAȚIEI DE REGULARIZARE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520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52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extras de carte funciară actualizat, anexat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plan de încadrare în zonă în sistem Stereo 70, anexat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SITUAȚIA CONSTRUCȚIEI</w:t>
            </w:r>
          </w:p>
        </w:tc>
      </w:tr>
      <w:tr>
        <w:trPr>
          <w:trHeight w:val="22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realizată FĂRĂ autorizație de construire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realizată CU NERESPECTAREA autorizației de construire</w:t>
            </w:r>
          </w:p>
        </w:tc>
      </w:tr>
      <w:tr>
        <w:trPr>
          <w:trHeight w:val="528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Autorizația nerespectată — nr. / data / emitent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este cazul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Încadrarea — art. 301, se bifează cazul aplicabil</w:t>
            </w:r>
          </w:p>
        </w:tc>
      </w:tr>
      <w:tr>
        <w:trPr>
          <w:trHeight w:val="861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alin. (2) — locuință unifamilială, suprafață construită desfășurată de cel mult 150 mp, care nu este monument istoric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alin. (2) — anexă a locuinței / gospodărească / a exploatației agricole, de cel mult 150 mp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alin. (2) — lucrări de închidere a balcoanelor, fără extindere pe domeniul public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alin. (7) — alte categorii, în termenul de excepție de cel mult 1 an de la intrarea în vigoare a Codului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6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DOCUMENTAȚIA ȘI EXPERTIZAREA TEHNICĂ PENTRU CERINȚELE FUNDAMNETALE</w:t>
            </w:r>
          </w:p>
        </w:tc>
      </w:tr>
      <w:tr>
        <w:trPr>
          <w:trHeight w:val="520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P.A.C. nr. / data</w:t>
            </w:r>
          </w:p>
        </w:tc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Elaborator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Proiectant autor — nr. TNA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Rapoartele de expertiză tehnică, pe cerințele fundamentale</w:t>
            </w:r>
          </w:p>
        </w:tc>
      </w:tr>
      <w:tr>
        <w:trPr>
          <w:trHeight w:val="528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rezistență mecanică și stabilitate — nume și prenume expert tehnic / nr. certificat de expert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  <w:tr>
        <w:trPr>
          <w:trHeight w:val="519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securitate la incendiu — nume și prenume expert tehnic / nr. certificat de expert 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  <w:tr>
        <w:trPr>
          <w:trHeight w:val="528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igienă, sănătate și mediu înconjurător — nume și prenume expert tehnic / nr. certificat de expert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  <w:tr>
        <w:trPr>
          <w:trHeight w:val="526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siguranță și accesibilitate în exploatare — nume și prenume expert tehnic / nr. certificat de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expert 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  <w:tr>
        <w:trPr>
          <w:trHeight w:val="520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protecție împotriva zgomotului — nume și prenume expert tehnic / nr. certificat de expert 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  <w:tr>
        <w:trPr>
          <w:trHeight w:val="526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economie de energie și izolare termică — nume și prenume expert tehnic / nr. certificat de expert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tehnic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de expertiză nr. / data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7. RAPORT PRIVIND RESPECTAREA REGLEMENTĂRILOR URBANISTICE, DACĂ ESTE CAZUL</w:t>
            </w:r>
          </w:p>
        </w:tc>
      </w:tr>
      <w:tr>
        <w:trPr>
          <w:trHeight w:val="520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Elaborator</w:t>
            </w:r>
          </w:p>
        </w:tc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Raport nr. / data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certificat atestare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8. ANEXEZ LA PREZENTA CERERE</w:t>
            </w:r>
          </w:p>
        </w:tc>
      </w:tr>
      <w:tr>
        <w:trPr>
          <w:trHeight w:val="22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a) rapoartele de expertiză tehnică pentru cerințele fundamentale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b) documente emise de către emitenții avizelor / acordurilor (câte 1 exemplar copie):</w:t>
            </w:r>
          </w:p>
        </w:tc>
      </w:tr>
      <w:tr>
        <w:trPr>
          <w:trHeight w:val="530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0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raport privind respectarea reglementărilor urbanistice, elaborat de structura de specialitate / de specialist cu drept de semnătură în domeniul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urbanismului, după caz</w:t>
            </w:r>
          </w:p>
        </w:tc>
      </w:tr>
      <w:tr>
        <w:trPr>
          <w:trHeight w:val="83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extras de carte funciară actualizat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documentația P.A.C. (2 exemplare sau 1 exemplar original, în format letric, acolo unde autoritatea are posibilitatea de a arhiva în format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digital))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dovada achitării taxelor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împuternicirea, dacă este cazul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6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Declar pe propria răspundere, sub sancțiunea Codului penal privind infracțiunea de fals în declarații, că datele menționate în prezenta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cerere sunt reale și exacte și că am formulat prezenta cerere anterior începerii lucrărilor de modificare identificate în Proiectul pentru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autorizarea construirii atașat, astfel cum stabilește art. 301.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9. DATA ȘI SEMNĂTURA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Solicitantul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F_AR_01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F_AR_01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