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  <w:ind w:left="0"/>
        <w:jc w:val="both"/>
      </w:pPr>
      <w:r>
        <w:rPr>
          <w:rFonts w:ascii="Times New Roman" w:hAnsi="Times New Roman" w:cs="Times New Roman" w:eastAsia="Times New Roman"/>
          <w:b/>
          <w:sz w:val="18"/>
          <w:szCs w:val="18"/>
        </w:rPr>
        <w:t xml:space="preserve">F_01 — Cerere pentru emiterea avizului de inițiere </w:t>
      </w:r>
    </w:p>
    <w:p>
      <w:pPr>
        <w:spacing w:before="120" w:after="40" w:line="240" w:lineRule="auto"/>
        <w:ind w:left="0" w:firstLine="62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>Către  Primarul Comunei Hărman</w:t>
      </w:r>
    </w:p>
    <w:p>
      <w:pPr>
        <w:spacing w:before="200" w:after="40" w:line="240" w:lineRule="auto"/>
        <w:ind w:left="0" w:firstLine="62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Nr.  . . . . . . . . . . . din  . . . . . . . . . . . . 20 . . . .  </w:t>
      </w:r>
    </w:p>
    <w:p>
      <w:pPr>
        <w:spacing w:before="160" w:after="40" w:line="240" w:lineRule="auto"/>
        <w:ind w:left="0"/>
        <w:jc w:val="center"/>
      </w:pPr>
      <w:r>
        <w:rPr>
          <w:rFonts w:ascii="Times New Roman" w:hAnsi="Times New Roman" w:cs="Times New Roman" w:eastAsia="Times New Roman"/>
          <w:b/>
          <w:sz w:val="22"/>
          <w:szCs w:val="22"/>
        </w:rPr>
        <w:t xml:space="preserve">CERERE </w:t>
      </w:r>
    </w:p>
    <w:p>
      <w:pPr>
        <w:spacing w:before="0" w:after="40" w:line="240" w:lineRule="auto"/>
        <w:ind w:left="0"/>
        <w:jc w:val="center"/>
      </w:pPr>
      <w:r>
        <w:rPr>
          <w:rFonts w:ascii="Times New Roman" w:hAnsi="Times New Roman" w:cs="Times New Roman" w:eastAsia="Times New Roman"/>
          <w:b/>
          <w:sz w:val="22"/>
          <w:szCs w:val="22"/>
        </w:rPr>
        <w:t xml:space="preserve">pentru emiterea avizului de inițiere </w:t>
      </w:r>
    </w:p>
    <w:p>
      <w:pPr>
        <w:spacing w:before="120" w:after="40" w:line="240" w:lineRule="auto"/>
        <w:ind w:left="0" w:firstLine="62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>Subsemnatul</w:t>
      </w:r>
      <w:r>
        <w:rPr>
          <w:rFonts w:ascii="Times New Roman" w:hAnsi="Times New Roman" w:cs="Times New Roman" w:eastAsia="Times New Roman"/>
          <w:sz w:val="18"/>
          <w:szCs w:val="18"/>
          <w:vertAlign w:val="superscript"/>
        </w:rPr>
        <w:t>1)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. . . . . . . . . . . . , CNP . . . . . . . . . . . . . . . , cu domiciliul/sediul</w:t>
      </w:r>
      <w:r>
        <w:rPr>
          <w:rFonts w:ascii="Times New Roman" w:hAnsi="Times New Roman" w:cs="Times New Roman" w:eastAsia="Times New Roman"/>
          <w:sz w:val="18"/>
          <w:szCs w:val="18"/>
          <w:vertAlign w:val="superscript"/>
        </w:rPr>
        <w:t>2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) în județul . . . . . . . . . . . . ,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municipiul/orașul/comuna . . . . . . . . . . . . . . . , satul . . . . . . . . . . . . , sectorul . . . . . . . . . . . . , cod poștal . . . . . . . . . ,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>str.  . . . . . . . . . . . . . . . . . . . . . . nr.  . . . , bl.  . . . . , sc.  . . . . , et.  . . . , ap.  . . . , telefon/fax . . . . . . . . . . . . . . . . . . . , e-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mail . . . . . . . . . . . . . . . . . . . . , </w:t>
      </w:r>
    </w:p>
    <w:p>
      <w:pPr>
        <w:spacing w:before="280" w:after="40" w:line="240" w:lineRule="auto"/>
        <w:ind w:left="0" w:firstLine="62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în calitate de/reprezentant al . . . . . . . . . . . . CUI . . . . . . . . . . . . , </w:t>
      </w:r>
    </w:p>
    <w:p>
      <w:pPr>
        <w:spacing w:before="0" w:after="40" w:line="240" w:lineRule="auto"/>
        <w:ind w:left="0" w:firstLine="62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în conformitate cu prevederile Legii nr. 169/2026 privind Codul amenajării teritoriului,  urbanismului și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>construcțiilor, solicit emiterea avizului de inițiere pentru elaborarea Planului urbanistic zonal pentru</w:t>
      </w:r>
      <w:r>
        <w:rPr>
          <w:rFonts w:ascii="Times New Roman" w:hAnsi="Times New Roman" w:cs="Times New Roman" w:eastAsia="Times New Roman"/>
          <w:sz w:val="18"/>
          <w:szCs w:val="18"/>
          <w:vertAlign w:val="superscript"/>
        </w:rPr>
        <w:t>3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) . . . . . . . . . . . .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…………………………………………… </w:t>
      </w:r>
    </w:p>
    <w:p>
      <w:pPr>
        <w:spacing w:before="280" w:after="40" w:line="240" w:lineRule="auto"/>
        <w:ind w:left="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în scopul : </w:t>
      </w:r>
    </w:p>
    <w:p>
      <w:pPr>
        <w:spacing w:before="0" w:after="40" w:line="240" w:lineRule="auto"/>
        <w:ind w:left="0"/>
        <w:jc w:val="left"/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[ ] Detalierii condițiilor de construire stabilite prin PUG; </w:t>
      </w:r>
    </w:p>
    <w:p>
      <w:pPr>
        <w:spacing w:before="0" w:after="40" w:line="240" w:lineRule="auto"/>
        <w:ind w:left="0"/>
        <w:jc w:val="left"/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[ ] Modificării limitei intravilanului și realizării de operațiuni de urbanizare/dezurbanizare; </w:t>
      </w:r>
    </w:p>
    <w:p>
      <w:pPr>
        <w:spacing w:before="0" w:after="40" w:line="240" w:lineRule="auto"/>
        <w:ind w:left="0"/>
        <w:jc w:val="left"/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[ ] Modificării parcelarului existent; </w:t>
      </w:r>
    </w:p>
    <w:p>
      <w:pPr>
        <w:spacing w:before="0" w:after="40" w:line="240" w:lineRule="auto"/>
        <w:ind w:left="0"/>
        <w:jc w:val="left"/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[ ] Modificării funcționale acolo unde reglementarea PUG nu se mai poate aplica; </w:t>
      </w:r>
    </w:p>
    <w:p>
      <w:pPr>
        <w:spacing w:before="0" w:after="40" w:line="240" w:lineRule="auto"/>
        <w:ind w:left="0"/>
        <w:jc w:val="left"/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[ ] Reconversiei funcționale sau proiecte de modificare a funcțiunilor; </w:t>
      </w:r>
    </w:p>
    <w:p>
      <w:pPr>
        <w:spacing w:before="0" w:after="40" w:line="240" w:lineRule="auto"/>
        <w:ind w:left="0"/>
        <w:jc w:val="left"/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[ ] Modificării reglementărilor la nivel de UTR; </w:t>
      </w:r>
    </w:p>
    <w:p>
      <w:pPr>
        <w:spacing w:before="0" w:after="40" w:line="240" w:lineRule="auto"/>
        <w:ind w:left="0"/>
        <w:jc w:val="left"/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[ ] Modificării reglementărilor în zone protejate; </w:t>
      </w:r>
    </w:p>
    <w:p>
      <w:pPr>
        <w:spacing w:before="0" w:after="40" w:line="240" w:lineRule="auto"/>
        <w:ind w:left="0"/>
        <w:jc w:val="left"/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[ ] Reglementării urbanistice a terenurilor restituite sau cu drept de proprietate reconstituit/constituit.  </w:t>
      </w:r>
    </w:p>
    <w:p>
      <w:pPr>
        <w:spacing w:before="240" w:after="40" w:line="240" w:lineRule="auto"/>
        <w:ind w:left="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Studiul de oportunitate, anexat prezentei, a fost elaborat de către........................................, respectiv urbanist cu drept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de semnătură..................................................................., atestat .............................., compus din piese scrise și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desenate, după cum urmează:  </w:t>
      </w:r>
    </w:p>
    <w:p>
      <w:pPr>
        <w:spacing w:before="280" w:after="40" w:line="240" w:lineRule="auto"/>
        <w:ind w:left="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Piese scrise:  </w:t>
      </w:r>
    </w:p>
    <w:p>
      <w:pPr>
        <w:spacing w:before="0" w:after="40" w:line="240" w:lineRule="auto"/>
        <w:ind w:left="620" w:hanging="31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>-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memoriu tehnic explicativ, care cuprinde: </w:t>
      </w:r>
    </w:p>
    <w:p>
      <w:pPr>
        <w:spacing w:before="0" w:after="40" w:line="240" w:lineRule="auto"/>
        <w:ind w:left="930" w:hanging="31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>•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prezentarea investiției/operațiunii propuse; </w:t>
      </w:r>
    </w:p>
    <w:p>
      <w:pPr>
        <w:spacing w:before="0" w:after="40" w:line="240" w:lineRule="auto"/>
        <w:ind w:left="930" w:hanging="31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>•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indicatorii propuși; </w:t>
      </w:r>
    </w:p>
    <w:p>
      <w:pPr>
        <w:spacing w:before="0" w:after="40" w:line="240" w:lineRule="auto"/>
        <w:ind w:left="930" w:hanging="31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>•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modul de integrare a investiției/operațiunii propuse în zonă; </w:t>
      </w:r>
    </w:p>
    <w:p>
      <w:pPr>
        <w:spacing w:before="0" w:after="40" w:line="240" w:lineRule="auto"/>
        <w:ind w:left="930" w:hanging="31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>•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prezentarea consecințelor economice și sociale la nivelul unității teritoriale de referință și/sau la nivelul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unității administrativ-teritoriale; </w:t>
      </w:r>
    </w:p>
    <w:p>
      <w:pPr>
        <w:spacing w:before="240" w:after="40" w:line="240" w:lineRule="auto"/>
        <w:ind w:left="930" w:hanging="31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>•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planul de acțiune pentru etapizarea investițiilor, care va stabili categoriile de costuri ce vor fi suportate de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solicitant și categoriile de costuri care revin în sarcina autorității publice locale, dacă este cazul </w:t>
      </w:r>
    </w:p>
    <w:p>
      <w:pPr>
        <w:spacing w:before="240" w:after="40" w:line="240" w:lineRule="auto"/>
        <w:ind w:left="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Piese desenate: </w:t>
      </w:r>
    </w:p>
    <w:p>
      <w:pPr>
        <w:spacing w:before="0" w:after="40" w:line="240" w:lineRule="auto"/>
        <w:ind w:left="620" w:hanging="31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>-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încadrarea în zonă pe suport topografic/cadastral, cu delimitarea zonei de studiu și de reglementare; </w:t>
      </w:r>
    </w:p>
    <w:p>
      <w:pPr>
        <w:spacing w:before="0" w:after="40" w:line="240" w:lineRule="auto"/>
        <w:ind w:left="620" w:hanging="31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>-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conceptul propus - plan de situație cu prezentarea funcțiunilor, a vecinătăților, modul de asigurare al accesurilor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și utilităților; </w:t>
      </w:r>
    </w:p>
    <w:p>
      <w:pPr>
        <w:spacing w:before="240" w:after="40" w:line="240" w:lineRule="auto"/>
        <w:ind w:left="620" w:hanging="31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>-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volumetrii, desfășurate stradale, scheme și alte materiale grafice care susțin și argumentează propunerea, dacă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sunt considerate relevante în analiza oportunității de către elaborator sau CTATU; </w:t>
      </w:r>
    </w:p>
    <w:p>
      <w:pPr>
        <w:spacing w:before="240" w:after="40" w:line="240" w:lineRule="auto"/>
        <w:ind w:left="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Anexez la prezenta cerere: </w:t>
      </w:r>
    </w:p>
    <w:p>
      <w:pPr>
        <w:spacing w:before="0" w:after="40" w:line="240" w:lineRule="auto"/>
        <w:ind w:left="0" w:firstLine="62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a) Certificatul de urbanism nr.  . . . . . . . . . . . din . . . . . . . . . . . . emis de . . . . . . . . . . . . (copie) </w:t>
      </w:r>
    </w:p>
    <w:p>
      <w:pPr>
        <w:spacing w:before="0" w:after="40" w:line="240" w:lineRule="auto"/>
        <w:ind w:left="0" w:firstLine="62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b) Dovada titlului asupra imobilului — teren și/sau construcții/extrasul de plan cadastral actualizat la zi și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extrasul de carte funciară de informare actualizat la zi (copie) </w:t>
      </w:r>
    </w:p>
    <w:p>
      <w:pPr>
        <w:spacing w:before="240" w:after="40" w:line="240" w:lineRule="auto"/>
        <w:ind w:left="0" w:firstLine="62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c) Studiul de oportunitate  </w:t>
      </w:r>
    </w:p>
    <w:p>
      <w:pPr>
        <w:spacing w:before="0" w:after="40" w:line="240" w:lineRule="auto"/>
        <w:ind w:left="0" w:firstLine="62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d) Chitanța de plată a taxei de emitere a avizului de inițiere  ................................................... </w:t>
      </w:r>
    </w:p>
    <w:p>
      <w:pPr>
        <w:spacing w:before="160" w:after="40" w:line="240" w:lineRule="auto"/>
        <w:ind w:left="0"/>
        <w:jc w:val="center"/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Semnătura**) </w:t>
      </w:r>
    </w:p>
    <w:p>
      <w:pPr>
        <w:spacing w:before="0" w:after="40" w:line="240" w:lineRule="auto"/>
        <w:ind w:left="0"/>
        <w:jc w:val="center"/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 . . . . . . . . . . . . . . . . . . </w:t>
      </w:r>
    </w:p>
    <w:p>
      <w:pPr>
        <w:spacing w:before="0" w:after="40" w:line="240" w:lineRule="auto"/>
        <w:ind w:left="0"/>
        <w:jc w:val="both"/>
      </w:pPr>
      <w:r>
        <w:rPr>
          <w:rFonts w:ascii="Times New Roman" w:hAnsi="Times New Roman" w:cs="Times New Roman" w:eastAsia="Times New Roman"/>
          <w:sz w:val="18"/>
          <w:szCs w:val="18"/>
        </w:rPr>
        <w:t>1)</w:t>
      </w:r>
      <w:r>
        <w:rPr>
          <w:rFonts w:ascii="Times New Roman" w:hAnsi="Times New Roman" w:cs="Times New Roman" w:eastAsia="Times New Roman"/>
          <w:sz w:val="18"/>
          <w:szCs w:val="18"/>
        </w:rPr>
        <w:t xml:space="preserve"> Numele și prenumele solicitantului: </w:t>
      </w:r>
    </w:p>
    <w:p>
      <w:pPr>
        <w:spacing w:before="0" w:after="40" w:line="240" w:lineRule="auto"/>
        <w:ind w:left="0"/>
        <w:jc w:val="both"/>
      </w:pPr>
      <w:r>
        <w:rPr>
          <w:rFonts w:ascii="Times New Roman" w:hAnsi="Times New Roman" w:cs="Times New Roman" w:eastAsia="Times New Roman"/>
          <w:sz w:val="18"/>
          <w:szCs w:val="18"/>
        </w:rPr>
        <w:t xml:space="preserve">- persoană fizică sau reprezentant al firmei (persoană juridică), cu precizarea denumirii acesteia, precum și a calității solicitantului în cadrul firmei.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18"/>
          <w:szCs w:val="18"/>
        </w:rPr>
        <w:t>2)</w:t>
      </w:r>
      <w:r>
        <w:rPr>
          <w:rFonts w:ascii="Times New Roman" w:hAnsi="Times New Roman" w:cs="Times New Roman" w:eastAsia="Times New Roman"/>
          <w:sz w:val="18"/>
          <w:szCs w:val="18"/>
        </w:rPr>
        <w:t xml:space="preserve"> Adresa solicitantului: </w:t>
      </w:r>
    </w:p>
    <w:p>
      <w:pPr>
        <w:spacing w:before="120" w:after="40" w:line="240" w:lineRule="auto"/>
        <w:ind w:left="0"/>
        <w:jc w:val="both"/>
      </w:pPr>
      <w:r>
        <w:rPr>
          <w:rFonts w:ascii="Times New Roman" w:hAnsi="Times New Roman" w:cs="Times New Roman" w:eastAsia="Times New Roman"/>
          <w:sz w:val="18"/>
          <w:szCs w:val="18"/>
        </w:rPr>
        <w:t xml:space="preserve">- pentru persoană fizică se completează cu date privind domiciliul acesteia / pentru persoană juridică se completează cu date privind sediul social al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18"/>
          <w:szCs w:val="18"/>
        </w:rPr>
        <w:t xml:space="preserve">firmei. </w:t>
      </w:r>
    </w:p>
    <w:p>
      <w:pPr>
        <w:spacing w:before="0" w:after="40" w:line="240" w:lineRule="auto"/>
        <w:ind w:left="0"/>
        <w:jc w:val="both"/>
      </w:pPr>
      <w:r>
        <w:rPr>
          <w:rFonts w:ascii="Times New Roman" w:hAnsi="Times New Roman" w:cs="Times New Roman" w:eastAsia="Times New Roman"/>
          <w:sz w:val="18"/>
          <w:szCs w:val="18"/>
        </w:rPr>
        <w:t>3)</w:t>
      </w:r>
      <w:r>
        <w:rPr>
          <w:rFonts w:ascii="Times New Roman" w:hAnsi="Times New Roman" w:cs="Times New Roman" w:eastAsia="Times New Roman"/>
          <w:sz w:val="18"/>
          <w:szCs w:val="18"/>
        </w:rPr>
        <w:t xml:space="preserve"> Denumirea investiției/operațiunii propuse. </w:t>
      </w:r>
    </w:p>
    <w:p>
      <w:pPr>
        <w:spacing w:before="0" w:after="40" w:line="240" w:lineRule="auto"/>
        <w:ind w:left="0"/>
        <w:jc w:val="both"/>
      </w:pPr>
      <w:r>
        <w:rPr>
          <w:rFonts w:ascii="Times New Roman" w:hAnsi="Times New Roman" w:cs="Times New Roman" w:eastAsia="Times New Roman"/>
          <w:sz w:val="18"/>
          <w:szCs w:val="18"/>
        </w:rPr>
        <w:t>4)</w:t>
      </w:r>
      <w:r>
        <w:rPr>
          <w:rFonts w:ascii="Times New Roman" w:hAnsi="Times New Roman" w:cs="Times New Roman" w:eastAsia="Times New Roman"/>
          <w:sz w:val="18"/>
          <w:szCs w:val="18"/>
        </w:rPr>
        <w:t xml:space="preserve"> Date de identificare a imobilului — teren și/sau construcții — conform certificatului de urbanism emis în care este solicitată obținerea avizului de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18"/>
          <w:szCs w:val="18"/>
        </w:rPr>
        <w:t xml:space="preserve">inițiere. </w:t>
      </w:r>
    </w:p>
    <w:p>
      <w:pPr>
        <w:spacing w:before="140" w:after="40" w:line="240" w:lineRule="auto"/>
        <w:ind w:left="0"/>
        <w:jc w:val="both"/>
      </w:pPr>
      <w:r>
        <w:rPr>
          <w:rFonts w:ascii="Times New Roman" w:hAnsi="Times New Roman" w:cs="Times New Roman" w:eastAsia="Times New Roman"/>
          <w:sz w:val="18"/>
          <w:szCs w:val="18"/>
        </w:rPr>
        <w:t xml:space="preserve">*) Se completează, după caz: </w:t>
      </w:r>
    </w:p>
    <w:p>
      <w:pPr>
        <w:spacing w:before="0" w:after="40" w:line="240" w:lineRule="auto"/>
        <w:ind w:left="0"/>
        <w:jc w:val="both"/>
      </w:pPr>
      <w:r>
        <w:rPr>
          <w:rFonts w:ascii="Times New Roman" w:hAnsi="Times New Roman" w:cs="Times New Roman" w:eastAsia="Times New Roman"/>
          <w:sz w:val="18"/>
          <w:szCs w:val="18"/>
        </w:rPr>
        <w:t xml:space="preserve">- Președintele Consiliului Județean . . . . . . . . . . . . / Primarul municipiului București/ Primarul municipiului . . . . . . . . . . . . / Primarul orașului . . . . . ./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18"/>
          <w:szCs w:val="18"/>
        </w:rPr>
        <w:t xml:space="preserve">Primarul comunei . . . . . . . . . . . . . . . . </w:t>
      </w:r>
    </w:p>
    <w:p>
      <w:pPr>
        <w:spacing w:before="120" w:after="40" w:line="240" w:lineRule="auto"/>
        <w:ind w:left="0"/>
        <w:jc w:val="both"/>
      </w:pPr>
      <w:r>
        <w:rPr>
          <w:rFonts w:ascii="Times New Roman" w:hAnsi="Times New Roman" w:cs="Times New Roman" w:eastAsia="Times New Roman"/>
          <w:sz w:val="18"/>
          <w:szCs w:val="18"/>
        </w:rPr>
        <w:t xml:space="preserve">**) Se va înscrie în clar numele solicitantului: </w:t>
      </w:r>
    </w:p>
    <w:p>
      <w:pPr>
        <w:spacing w:before="0" w:after="40" w:line="240" w:lineRule="auto"/>
        <w:ind w:left="0"/>
        <w:jc w:val="both"/>
      </w:pPr>
      <w:r>
        <w:rPr>
          <w:rFonts w:ascii="Times New Roman" w:hAnsi="Times New Roman" w:cs="Times New Roman" w:eastAsia="Times New Roman"/>
          <w:sz w:val="18"/>
          <w:szCs w:val="18"/>
        </w:rPr>
        <w:t xml:space="preserve">- pentru persoană fizică: numele și prenumele acesteia/ pentru persoană juridică: numele și prenumele reprezentantului acesteia, și se va adăuga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18"/>
          <w:szCs w:val="18"/>
        </w:rPr>
        <w:t xml:space="preserve">semnătura olografă a solicitantului, împreună cu ștampila persoanei juridice. 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pgSz w:w="11906" w:h="16838"/>
      <w:pgMar w:top="794" w:right="1134" w:bottom="794" w:left="1134" w:header="397" w:footer="39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left"/>
      <w:tabs>
        <w:tab w:val="center" w:pos="4819"/>
      </w:tabs>
    </w:pPr>
    <w:r>
      <w:rPr>
        <w:rFonts w:ascii="Times New Roman" w:hAnsi="Times New Roman" w:cs="Times New Roman" w:eastAsia="Times New Roman"/>
        <w:sz w:val="15"/>
        <w:szCs w:val="15"/>
        <w:color w:val="595959"/>
      </w:rPr>
      <w:t>F_01</w:t>
    </w:r>
    <w:r>
      <w:rPr>
        <w:rFonts w:ascii="Times New Roman" w:hAnsi="Times New Roman" w:cs="Times New Roman" w:eastAsia="Times New Roman"/>
        <w:sz w:val="15"/>
        <w:szCs w:val="15"/>
        <w:color w:val="595959"/>
      </w:rPr>
      <w:tab/>
    </w:r>
    <w:r>
      <w:rPr>
        <w:rFonts w:ascii="Times New Roman" w:hAnsi="Times New Roman" w:cs="Times New Roman" w:eastAsia="Times New Roman"/>
        <w:sz w:val="15"/>
        <w:szCs w:val="15"/>
        <w:color w:val="595959"/>
      </w:rPr>
      <w:t xml:space="preserve">pagina </w:t>
    </w:r>
    <w:r>
      <w:rPr>
        <w:rFonts w:ascii="Times New Roman" w:hAnsi="Times New Roman" w:cs="Times New Roman" w:eastAsia="Times New Roman"/>
        <w:sz w:val="15"/>
        <w:szCs w:val="15"/>
        <w:color w:val="595959"/>
      </w:rPr>
      <w:fldChar w:fldCharType="begin"/>
    </w:r>
    <w:r>
      <w:rPr>
        <w:rFonts w:ascii="Times New Roman" w:hAnsi="Times New Roman" w:cs="Times New Roman" w:eastAsia="Times New Roman"/>
        <w:sz w:val="15"/>
        <w:szCs w:val="15"/>
        <w:color w:val="595959"/>
      </w:rPr>
      <w:instrText xml:space="preserve"> PAGE </w:instrText>
    </w:r>
    <w:r>
      <w:rPr>
        <w:rFonts w:ascii="Times New Roman" w:hAnsi="Times New Roman" w:cs="Times New Roman" w:eastAsia="Times New Roman"/>
        <w:sz w:val="15"/>
        <w:szCs w:val="15"/>
        <w:color w:val="595959"/>
      </w:rPr>
      <w:fldChar w:fldCharType="end"/>
    </w:r>
    <w:r>
      <w:rPr>
        <w:rFonts w:ascii="Times New Roman" w:hAnsi="Times New Roman" w:cs="Times New Roman" w:eastAsia="Times New Roman"/>
        <w:sz w:val="15"/>
        <w:szCs w:val="15"/>
        <w:color w:val="595959"/>
      </w:rPr>
      <w:t xml:space="preserve"> din </w:t>
    </w:r>
    <w:r>
      <w:rPr>
        <w:rFonts w:ascii="Times New Roman" w:hAnsi="Times New Roman" w:cs="Times New Roman" w:eastAsia="Times New Roman"/>
        <w:sz w:val="15"/>
        <w:szCs w:val="15"/>
        <w:color w:val="595959"/>
      </w:rPr>
      <w:fldChar w:fldCharType="begin"/>
    </w:r>
    <w:r>
      <w:rPr>
        <w:rFonts w:ascii="Times New Roman" w:hAnsi="Times New Roman" w:cs="Times New Roman" w:eastAsia="Times New Roman"/>
        <w:sz w:val="15"/>
        <w:szCs w:val="15"/>
        <w:color w:val="595959"/>
      </w:rPr>
      <w:instrText xml:space="preserve"> NUMPAGES </w:instrText>
    </w:r>
    <w:r>
      <w:rPr>
        <w:rFonts w:ascii="Times New Roman" w:hAnsi="Times New Roman" w:cs="Times New Roman" w:eastAsia="Times New Roman"/>
        <w:sz w:val="15"/>
        <w:szCs w:val="15"/>
        <w:color w:val="595959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40" w:lineRule="auto"/>
      <w:jc w:val="left"/>
    </w:pPr>
    <w:r>
      <w:rPr>
        <w:rFonts w:ascii="Times New Roman" w:hAnsi="Times New Roman" w:cs="Times New Roman" w:eastAsia="Times New Roman"/>
        <w:sz w:val="15"/>
        <w:szCs w:val="15"/>
        <w:color w:val="595959"/>
      </w:rPr>
      <w:t>F_01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9498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418"/>
      <w:gridCol w:w="8080"/>
    </w:tblGrid>
    <w:tr w:rsidR="00A74162" w:rsidRPr="00BB0895" w14:paraId="6101536C" w14:textId="77777777" w:rsidTr="00873DC2">
      <w:trPr>
        <w:trHeight w:val="1995"/>
      </w:trPr>
      <w:tc>
        <w:tcPr>
          <w:tcW w:w="1418" w:type="dxa"/>
          <w:tcBorders>
            <w:top w:val="nil"/>
            <w:left w:val="nil"/>
            <w:bottom w:val="thickThinSmallGap" w:sz="24" w:space="0" w:color="auto"/>
            <w:right w:val="nil"/>
          </w:tcBorders>
          <w:vAlign w:val="center"/>
        </w:tcPr>
        <w:p w14:paraId="18B2BBA3" w14:textId="77777777" w:rsidR="00A74162" w:rsidRPr="009C399E" w:rsidRDefault="00A74162" w:rsidP="00A74162">
          <w:pPr>
            <w:pStyle w:val="Header"/>
            <w:rPr>
              <w:b/>
              <w:bCs/>
            </w:rPr>
          </w:pPr>
          <w:r>
            <w:rPr>
              <w:b/>
              <w:bCs/>
              <w:noProof/>
              <w:lang w:val="en-GB" w:eastAsia="en-GB"/>
            </w:rPr>
            <w:drawing>
              <wp:inline distT="0" distB="0" distL="0" distR="0" wp14:anchorId="0AEA3180" wp14:editId="5579B81E">
                <wp:extent cx="825500" cy="1155700"/>
                <wp:effectExtent l="0" t="0" r="0" b="6350"/>
                <wp:docPr id="2" name="Imagine 2" descr="GetImag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GetImag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5500" cy="1155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80" w:type="dxa"/>
          <w:tcBorders>
            <w:top w:val="nil"/>
            <w:left w:val="nil"/>
            <w:bottom w:val="thickThinSmallGap" w:sz="24" w:space="0" w:color="auto"/>
            <w:right w:val="nil"/>
          </w:tcBorders>
        </w:tcPr>
        <w:p w14:paraId="1BD52858" w14:textId="29EF322B" w:rsidR="00A74162" w:rsidRPr="00BB0895" w:rsidRDefault="00A74162" w:rsidP="00A74162">
          <w:pPr>
            <w:pStyle w:val="Header"/>
            <w:ind w:right="-108"/>
            <w:jc w:val="center"/>
            <w:rPr>
              <w:b/>
              <w:bCs/>
              <w:spacing w:val="20"/>
              <w:sz w:val="28"/>
              <w:szCs w:val="28"/>
            </w:rPr>
          </w:pPr>
          <w:r>
            <w:rPr>
              <w:b/>
              <w:bCs/>
              <w:spacing w:val="20"/>
              <w:sz w:val="28"/>
              <w:szCs w:val="28"/>
            </w:rPr>
            <w:t>CONSILIUL LOCAL HĂRMAN – JUDEȚUL BRAȘOV</w:t>
          </w:r>
        </w:p>
        <w:p w14:paraId="5B79806C" w14:textId="77777777" w:rsidR="00A74162" w:rsidRDefault="00A74162" w:rsidP="00A74162">
          <w:pPr>
            <w:pStyle w:val="Header"/>
            <w:ind w:right="-108"/>
            <w:jc w:val="center"/>
            <w:rPr>
              <w:b/>
              <w:bCs/>
              <w:spacing w:val="20"/>
              <w:sz w:val="28"/>
              <w:szCs w:val="28"/>
            </w:rPr>
          </w:pPr>
          <w:r>
            <w:rPr>
              <w:b/>
              <w:bCs/>
              <w:spacing w:val="20"/>
              <w:sz w:val="28"/>
              <w:szCs w:val="28"/>
            </w:rPr>
            <w:t>Str. Pieții nr. 1, cod. 507085</w:t>
          </w:r>
        </w:p>
        <w:p w14:paraId="5F40A1E0" w14:textId="77777777" w:rsidR="00A74162" w:rsidRPr="00831DBF" w:rsidRDefault="00A74162" w:rsidP="00A74162">
          <w:pPr>
            <w:pStyle w:val="Header"/>
            <w:ind w:right="-108"/>
            <w:jc w:val="center"/>
            <w:rPr>
              <w:b/>
              <w:bCs/>
              <w:spacing w:val="20"/>
              <w:sz w:val="28"/>
              <w:szCs w:val="28"/>
            </w:rPr>
          </w:pPr>
          <w:r>
            <w:rPr>
              <w:b/>
              <w:bCs/>
              <w:spacing w:val="20"/>
              <w:sz w:val="28"/>
              <w:szCs w:val="28"/>
            </w:rPr>
            <w:t>Tel: 0268367221, Fax:0268367144</w:t>
          </w:r>
        </w:p>
        <w:p w14:paraId="4D8EE4C4" w14:textId="77777777" w:rsidR="00A74162" w:rsidRPr="009C399E" w:rsidRDefault="00A74162" w:rsidP="00A74162">
          <w:pPr>
            <w:pStyle w:val="Header"/>
            <w:jc w:val="center"/>
            <w:rPr>
              <w:b/>
              <w:bCs/>
            </w:rPr>
          </w:pPr>
          <w:r w:rsidRPr="009C399E">
            <w:rPr>
              <w:noProof/>
              <w:lang w:val="en-GB" w:eastAsia="en-GB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39992EB7" wp14:editId="44A1F7D3">
                    <wp:simplePos x="0" y="0"/>
                    <wp:positionH relativeFrom="column">
                      <wp:posOffset>74295</wp:posOffset>
                    </wp:positionH>
                    <wp:positionV relativeFrom="paragraph">
                      <wp:posOffset>83820</wp:posOffset>
                    </wp:positionV>
                    <wp:extent cx="4700905" cy="0"/>
                    <wp:effectExtent l="7620" t="7620" r="6350" b="11430"/>
                    <wp:wrapNone/>
                    <wp:docPr id="3" name="Conector drept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4700905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99CC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7FBACEA5" id="Conector drept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85pt,6.6pt" to="376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" strokecolor="#9c0" strokeweight="1pt"/>
                </w:pict>
              </mc:Fallback>
            </mc:AlternateContent>
          </w:r>
        </w:p>
        <w:p w14:paraId="7DEB1D99" w14:textId="77777777" w:rsidR="00A74162" w:rsidRPr="00831DBF" w:rsidRDefault="00A74162" w:rsidP="00A74162">
          <w:pPr>
            <w:pStyle w:val="Header"/>
            <w:jc w:val="center"/>
            <w:rPr>
              <w:b/>
              <w:bCs/>
              <w:sz w:val="28"/>
              <w:szCs w:val="28"/>
            </w:rPr>
          </w:pPr>
          <w:r w:rsidRPr="00BB0895">
            <w:rPr>
              <w:sz w:val="28"/>
              <w:szCs w:val="28"/>
              <w:lang w:val="fr-FR"/>
            </w:rPr>
            <w:t>Web:</w:t>
          </w:r>
          <w:r w:rsidRPr="00BB0895">
            <w:rPr>
              <w:color w:val="F79646"/>
              <w:sz w:val="28"/>
              <w:szCs w:val="28"/>
              <w:lang w:val="fr-FR"/>
            </w:rPr>
            <w:t xml:space="preserve"> </w:t>
          </w:r>
          <w:hyperlink r:id="rId2" w:history="1">
            <w:r w:rsidRPr="00532610">
              <w:rPr>
                <w:rStyle w:val="Hyperlink"/>
                <w:sz w:val="28"/>
                <w:szCs w:val="28"/>
                <w:lang w:val="fr-FR"/>
              </w:rPr>
              <w:t>www.primariaharman.ro</w:t>
            </w:r>
          </w:hyperlink>
        </w:p>
        <w:p w14:paraId="3FDB7416" w14:textId="77777777" w:rsidR="00A74162" w:rsidRPr="00BB0895" w:rsidRDefault="00A74162" w:rsidP="00A74162">
          <w:pPr>
            <w:pStyle w:val="Header"/>
            <w:jc w:val="center"/>
            <w:rPr>
              <w:b/>
              <w:bCs/>
            </w:rPr>
          </w:pPr>
          <w:r>
            <w:t>E-mail – registratura@primariaharman.ro</w:t>
          </w:r>
        </w:p>
      </w:tc>
    </w:tr>
  </w:tbl>
  <w:p w14:paraId="145A41C6" w14:textId="2E5BA615" w:rsidR="006D303F" w:rsidRDefault="006D303F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Times New Roman" w:hAnsi="Times New Roman"/>
      <w:sz w:val="18"/>
      <w:rFonts w:ascii="Times New Roman" w:hAnsi="Times New Roman" w:cs="Times New Roman" w:eastAsia="Times New Roman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hyperlink" Target="http://www.primariaharman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